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Генеральному директору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медицинского центра, например: ООО «Медицинский центр Здоровье»]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медицинского центра по ЕГРЮЛ]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пациента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для ответа]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некачественном оказании платных медицинских услуг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между мной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медицинского центра]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Исполнитель) заключён договор на оказание платных медицинских услуг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Договор). По Договору Исполнитель обязался оказать мне следующие услуги: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услуг, например: курс из 10 процедур лазерной терапии коленного сустава]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Услуги оказывались врачом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[специальность и ФИО врача]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Услуги оплачены мной полностью в сумме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кассовыми чеками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[даты чеков]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Услуги оказаны с недостатками: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 недостатки и их последствия, например: после третьей процедуры появился ожог кожи в области сустава, процедуры продолжались без осмотра врача, боль в суставе усилилась]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сообщил(а) о недостатках Исполнителю, однако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[что ответили или сделали, например: мне предложили продолжить курс без изменения назначений]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обратился(ась)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другой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где врач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[специальность врача]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установил(а):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[выводы врача, например: термический ожог кожи второй степени, обострение артроза]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На лечение последствий я потратил(а)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что подтверждается чеками.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8 статьи 84 Федерального закона от 21.11.2011 № 323-ФЗ «Об основах охраны здоровья граждан в Российской Федерации» к отношениям по оказанию платных медицинских услуг применяется Закон РФ от 07.02.1992 № 2300-1 «О защите прав потребителей» (далее — Закон о защите прав потребителей). Исполнитель обязан оказать услугу, качество которой соответствует договору и обязательным требованиям (статья 4 Закона о защите прав потребителей). При обнаружении существенных недостатков оказанной услуги потребитель вправе отказаться от исполнения договора и потребовать полного возмещения убытков (пункт 1 статьи 29 Закона о защите прав потребителей). Требования о возврате уплаченной суммы и возмещении убытков подлежат удовлетворению в течение 10 дней со дня их предъявления (пункт 1 статьи 31 Закона о защите прав потребителей). Медицинская организация несёт ответственность за причинение вреда жизни и здоровью при оказании медицинской помощи (части 2 и 3 статьи 98 Федерального закона № 323-ФЗ).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результате некачественного лечения я испытываю боль, вынужден(а) проходить повторное лечение и ограничен(а) в обычной жизни. Причинённый мне моральный вред оцениваю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(статья 15 Закона о защите прав потребителей).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Требую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Принять мой отказ от исполнения Договора в части услуг: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некачественно оказанных услуг]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течение 10 дней со дня получения претензии вернуть уплаченные за эти услуги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тот же срок возместить расходы на лечение последствий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Выплатить компенсацию морального вреда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Выдать мне копии медицинской карты, результатов обследований и Договора с приложениями (часть 5 статьи 22 Федерального закона № 323-ФЗ).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Денежные средства прошу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корреспондентского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требования не будут удовлетворены в установленный срок, я обращусь в суд с иском о взыскании указанных сумм, неустойки в размере 3 % цены услуги за каждый день просрочки (пункт 5 статьи 28, пункт 3 статьи 31 Закона о защите прав потребителей), штрафа в размере 50 % от присуждённой суммы (пункт 6 статьи 13 Закона о защите прав потребителей) и судебных расходов, в том числе на судебно-медицинскую экспертизу.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Направьте претензию заказным письмом с описью вложения на адрес клиники из ЕГРЮЛ или вручите под подпись с датой на вашем экземпляре: 10-дневный срок считается со дня получения.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 приложениями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кассовых чеков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заключения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другой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чеков на лечение последствий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медицинский центр о некачественных платных медицинских услугах и возврате денег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