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Отказ от медицинского вмешательства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законного представителя несовершеннолетнего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проживающий(ая)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являясь законным представителем (родителем)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обучающегося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школы или детского сада, класс или группа]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 оказании ему первичной медико-санитарной помощи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части 3 статьи 20 Федерального закона от 21.11.2011 № 323-ФЗ «Об основах охраны здоровья граждан в Российской Федерации» отказываюсь от следующих видов медицинских вмешательств: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медицинского вмешательства, например: туберкулинодиагностика (проба Манту)]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медицинского вмешательства, например: профилактическая прививка против гриппа]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Медицинским работником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медицинского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доступной для меня форме мне разъяснены возможные последствия отказа от указанных видов медицинских вмешательств, в том числе вероятность развития осложнений заболевания (состояния):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[возможные последствия отказа, которые разъяснил медицинский работник]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Мне разъяснено, что при возникновении необходимости в осуществлении одного или нескольких видов медицинских вмешательств, в отношении которых оформлен настоящий отказ, я имею право оформить информированное добровольное согласие на такой вид (такие виды) медицинского вмешательства.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приобщить настоящий отказ к медицинской документации ребёнка и передать его копию медицинскому работнику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школы или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Отказ подписывают вы и медицинский работник, который разъяснил последствия. Сделайте два экземпляра: один остаётся в медицинской карте, второй с подписью медработника и датой сохраните у себя.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Законный представитель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Медицинский работник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родителя]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color w:val="1A1A1A"/>
                <w:sz w:val="22"/>
              </w:rPr>
              <w:t>(подпись)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медицинского работника]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color w:val="1A1A1A"/>
                <w:sz w:val="22"/>
              </w:rPr>
              <w:t>(подпись)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Дата оформления: «___» ___________ 20___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медицинского вмешательства законного представителя несовершеннолетнего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