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страховой медицинской организации, которую вы выбираете]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офиса или филиала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выборе (замене) страховой медицинской организации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3 части 1 статьи 16 Федерального закона от 29.11.2010 № 326-ФЗ «Об обязательном медицинском страховании в Российской Федерации» и Правилами обязательного медицинского страхования, утверждёнными приказом Минздрава России от 21.08.2025 № 496н, прошу заменить страховую медицинскую организацию, в которой я застрахован(а) по обязательному медицинскому страхованию, и включить меня в число застрахованных лиц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выбранной страховой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на замену страховой медицинской организации в текущем календарном году я не использовал(а), заявление подаю до 1 ноября.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застрахованном лице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[мужской или женский]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[гражданство]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гражданина РФ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регистрации по месту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фактического проживания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регистрации по месту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регистрации]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 действующем страховании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полиса обязательного медицинского страхования: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[единый номер полиса, 16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Страховая медицинская организация, в которой я застрахован(а) сейчас: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прежней страховой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Полис и способ информирования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выдать мне выписку из единого регистра застрахованных лиц, подтверждающую страхование в выбранной страховой медицинской организации, в день подачи заявления.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Информацию о ходе рассмотрения заявления и о включении сведений в единый регистр застрахованных лиц прошу направлять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 номеру телефона и на адрес электронной почты, указанные выше]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Согласие и подтверждение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данных, указанных в заявлении, в целях обязательного медицинского страхования в соответствии с Федеральным законом от 27.07.2006 № 152-ФЗ «О персональных данных».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Сведения, указанные в заявлении, достоверны. Об обязанности в течение одного месяца уведомлять страховую медицинскую организацию об изменении фамилии, имени, отчества, данных документа, удостоверяющего личность, и места жительства (пункт 3 части 2 статьи 16 Федерального закона № 326-ФЗ) мне известно.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Заменить страховую компанию по желанию можно один раз в календарном году и не позднее 1 ноября. При смене места жительства или прекращении работы прежней компании в системе ОМС ограничение не действует: вместо второго абзаца укажите эту причину.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(оригинал предъявляется при подаче).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СНИЛС.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(замене) страховой медицинской организации по ОМС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