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 Госавтоинспекции, в котором хранится удостоверение, например: МРЭО Госавтоинспекции УМВД России по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водительского удостоверения по истечении срока лишения права управления транспортными средствами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[мирового судьи судебного участка № ... или иного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был(а) признан(а) виновным(ой) в совершении административного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Кодекса Российской Федерации об административных правонарушениях, и подвергнут(а) административному наказанию в виде лишения права управления транспортными средствами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Водительское удостоверение сдано мной в подразделение Госавтоинспекции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 лишения права управления транспортными средствами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водительском удостоверении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Серия и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выдачи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Срок действия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Разрешённые категории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[категории]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Выполнение условий возврата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проверка знания Правил дорожного движения пройдена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административные штрафы за правонарушения в области дорожного движения уплачены, задолженности не имею;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медицинское заключение об отсутствии противопоказаний к управлению транспортными средствами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получено.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части 4.1 статьи 32.6 Кодекса Российской Федерации об административных правонарушениях и Правил возврата водительского удостоверения, утверждённых постановлением Правительства Российской Федерации от 14.11.2014 № 1191,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водительское удостоверение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истечении срока лишения права управления транспортными средствами.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истечения срока действия указанного удостоверения выдать мне новое водительское удостоверение.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Медицинское заключение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Квитанции об уплате административных штрафов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Медицинское заключение нужно только при лишении по ч. 1 ст. 12.8, ч. 1 ст. 12.26 или ч. 3 ст. 12.27 КоАП РФ. В остальных случаях удалите упоминание о нём из текста и приложений.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водительского удостоверения по истечении срока лишения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