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 органа, вынесшего постановление, например: начальнику ЦАФАП ГИБДД ГУ МВД России по ...]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органа — администратора доходов]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органа]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для почтовой корреспонденции]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возврате излишне уплаченного административного штрафа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органа, должность лица, вынесшего постановление]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постановления]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постановления (УИН)]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привлечён(а) к административной ответственности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КоАП РФ и мне назначен административный штраф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штрафа]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Штраф по этому постановлению уплачен мной дважды: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2267"/>
        <w:gridCol w:w="992"/>
        <w:gridCol w:w="1559"/>
        <w:gridCol w:w="4535"/>
      </w:tblGrid>
      <w:tr>
        <w:trPr>
          <w:cantSplit/>
        </w:trPr>
        <w:tc>
          <w:tcPr>
            <w:tcW w:type="dxa" w:w="226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Платёж</w:t>
            </w:r>
          </w:p>
        </w:tc>
        <w:tc>
          <w:tcPr>
            <w:tcW w:type="dxa" w:w="9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  <w:tc>
          <w:tcPr>
            <w:tcW w:type="dxa" w:w="45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Номер документа (УИП / операции)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Первый платёж</w:t>
            </w:r>
          </w:p>
        </w:tc>
        <w:tc>
          <w:tcPr>
            <w:tcW w:type="dxa" w:w="9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453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платёжного документа]</w:t>
            </w:r>
          </w:p>
        </w:tc>
      </w:tr>
      <w:tr>
        <w:trPr>
          <w:cantSplit/>
        </w:trPr>
        <w:tc>
          <w:tcPr>
            <w:tcW w:type="dxa" w:w="226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Повторный платёж</w:t>
            </w:r>
          </w:p>
        </w:tc>
        <w:tc>
          <w:tcPr>
            <w:tcW w:type="dxa" w:w="99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55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453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платёжного документа]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Таким образом, сумма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переплаты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руб. уплачена в бюджет сверх размера назначенного штрафа и является излишне уплаченной. Оснований для её зачисления в бюджет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1 статьи 40.1 Бюджетного кодекса Российской Федерации излишне уплаченные платежи в бюджет подлежат возврату по заявлению плательщика в течение 30 календарных дней со дня регистрации заявления. Заявление подаётся в течение трёх лет со дня уплаты (пункт 2 статьи 40.1 БК РФ). Порядок возврата установлен Общими требованиями, утверждёнными приказом Минфина России от 27.09.2021 № 137н.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 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Принять решение о возврате излишне уплаченной суммы административного штрафа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переплаты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руб., уплаченной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излишнего платежа]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постановлению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постановления]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постановления]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Перечислить указанную сумму на мой счёт по реквизитам: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Реквизит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Получатель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счёта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[20 цифр номера счёта]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Банк получателя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БИК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 банка]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Корреспондентский счёт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[корреспондентский счёт банка]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 принятом решении сообщить мне по адресу электронной почты, указанному в заявлении.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Даю согласие на обработку моих персональных данных, указанных в заявлении и приложениях, в целях рассмотрения заявления и возврата платежа.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постановления по делу об административном правонарушении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документа о первом платеже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документа о повторном платеже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(страницы с фотографией и регистрацией).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банка о реквизитах счёта.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Срок подачи — три года со дня излишнего платежа. Если платёж отражён в ГИС ГМП, приложение платёжных документов необязательно, но с ними заявление рассмотрят быстрее.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излишне уплаченного (дважды оплаченного) административного штрафа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