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наименование органа или суда, вынесшего постановление, например: мировому судье судебного участка № ... или начальнику ОГИБДД ...]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 или должностного лица в дательном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Дело (постановление) №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 или постановления]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рассрочке уплаты административного штрафа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или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признан(а) виновным(ой) в совершении административного правонарушения,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КоАП РФ, и мне назначено наказание в виде административного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штрафа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руб. Постановление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вступления в силу]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Уплатить штраф единовременно в срок, установленный частью 1 статьи 32.2 КоАП РФ, я не могу в связи с тяжёлым материальным положением: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мой ежемесячный доход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[источник дохода: заработная плата, пенсия, пособие]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моём иждивении находятся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[кто именно, например: двое несовершеннолетних детей 5 и 9 лет]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 меня имеются ежемесячные обязательные расходы: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[например: платёж по ипотеке 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коммунальные услуги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руб.];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обстоятельства: болезнь, потеря работы, нахождение в отпуске по уходу за ребёнком]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этом я готов(а) уплачивать штраф равными частями в течение трёх месяцев по следующему графику: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984"/>
        <w:gridCol w:w="3401"/>
        <w:gridCol w:w="3968"/>
      </w:tblGrid>
      <w:tr>
        <w:trPr>
          <w:cantSplit/>
        </w:trPr>
        <w:tc>
          <w:tcPr>
            <w:tcW w:type="dxa" w:w="19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Срок платежа</w:t>
            </w:r>
          </w:p>
        </w:tc>
        <w:tc>
          <w:tcPr>
            <w:tcW w:type="dxa" w:w="39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39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39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34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39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40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39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 штрафа]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2 статьи 31.5 КоАП РФ с учётом материального положения лица, привлечённого к административной ответственности, уплата административного штрафа может быть рассрочена судьёй, органом, должностным лицом, вынесшими постановление, на срок до трёх месяцев. Вопрос о рассрочке рассматривается в трёхдневный срок со дня возникновения основания для его разрешения (часть 1 статьи 31.8 КоАП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31.5 и 31.8 КоАП РФ, 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Рассрочить уплату административного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штрафа]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назначенного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на срок три месяца по указанному графику.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Известить меня о месте и времени рассмотрения заявления по телефону или электронной почте, указанным в заявлении.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Копию определения о рассрочке выдать мне на руки или направить по адресу, указанному в заявлении.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о доходах за последние шесть месяцев (справка с места работы, справка о размере пенсии или выписка из СФР).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свидетельств о рождении детей.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документов о ежемесячных обязательных расходах: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[кредитный договор и график платежей, квитанции ЖКУ]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документы о материальном положении: справка о постановке на учёт в центре занятости, медицинские 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заявление до истечения 60 дней со дня вступления постановления в силу: после этого постановление передают приставу и составляют протокол по ч. 1 ст. 20.25 КоАП. При рассрочке скидка за раннюю оплату не применяется.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рассрочке уплаты административного штрафа на три месяца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