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оператора, например: ПАО «Банк»]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 оператора]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 оператора]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 регистрации: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отзыве согласия на обработку персональных данных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выдачи согласия]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я дал(а)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согласие на обработку моих персональных данных в связи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[цель, например: заключением договора № 123 от 01.02.2024 г.]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части 2 статьи 9 Федерального закона от 27.07.2006 № 152-ФЗ «О персональных данных» отзываю указанное согласие, а также все иные согласия на обработку моих персональных данных, данные вам ранее, в том числе согласия на получение рекламы и на передачу данных третьим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Требую: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Прекратить обработку моих персональных данных в течение 10 рабочих дней с даты получения настоящего заявления (часть 5.1 статьи 21 Закона № 152-ФЗ), а обработку в целях рекламы и продвижения товаров и услуг, включая звонки, SMS и рассылки, прекратить немедленно (часть 2 статьи 15 Закона № 152-ФЗ).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Уничтожить мои персональные данные в срок, не превышающий 30 дней с даты получения настоящего заявления (часть 5 статьи 21 Закона № 152-ФЗ).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Прекратить передачу моих данных третьим лицам и обеспечить прекращение их обработки лицами, которым она поручена.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Если обработка продолжается без согласия, сообщить, какие данные, в каких целях и на каком основании закона обрабатываются.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Письменно уведомить меня о прекращении обработки и уничтожении персональных данных по адресу электронной почты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адресу регистрации.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Отзыв не прекращает действующий договор: данные, нужные для его исполнения и требований закона, оператор вправе обрабатывать и дальше. Сохраните подтверждение отправки: от даты получения считаются сроки.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отзыве согласия на обработку персональных данных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