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бюро кредитных историй, например: АО «Бюро»]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бюро]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оспаривании информации, содержащейся в кредитной истории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Моя кредитная история хранится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бюро]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Согласно кредитному отчёту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отчёта]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ней содержатся недостоверные сведения, которые я оспариваю: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820"/>
        <w:gridCol w:w="2511"/>
        <w:gridCol w:w="2511"/>
        <w:gridCol w:w="2511"/>
      </w:tblGrid>
      <w:tr>
        <w:trPr>
          <w:cantSplit/>
        </w:trPr>
        <w:tc>
          <w:tcPr>
            <w:tcW w:type="dxa" w:w="182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Источник (кредитор)</w:t>
            </w:r>
          </w:p>
        </w:tc>
        <w:tc>
          <w:tcPr>
            <w:tcW w:type="dxa" w:w="25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Договор, УИд</w:t>
            </w:r>
          </w:p>
        </w:tc>
        <w:tc>
          <w:tcPr>
            <w:tcW w:type="dxa" w:w="25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Что указано в истории</w:t>
            </w:r>
          </w:p>
        </w:tc>
        <w:tc>
          <w:tcPr>
            <w:tcW w:type="dxa" w:w="25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Как должно быть</w:t>
            </w:r>
          </w:p>
        </w:tc>
      </w:tr>
      <w:tr>
        <w:trPr>
          <w:cantSplit/>
        </w:trPr>
        <w:tc>
          <w:tcPr>
            <w:tcW w:type="dxa" w:w="182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кредитора, ИНН]</w:t>
            </w:r>
          </w:p>
        </w:tc>
        <w:tc>
          <w:tcPr>
            <w:tcW w:type="dxa" w:w="251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договора]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УИд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[уникальный идентификатор договора, если есть в отчёте]</w:t>
            </w:r>
          </w:p>
        </w:tc>
        <w:tc>
          <w:tcPr>
            <w:tcW w:type="dxa" w:w="251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просрочка 30–59 дней в марте 2025 г., задолженность 12 400 руб.]</w:t>
            </w:r>
          </w:p>
        </w:tc>
        <w:tc>
          <w:tcPr>
            <w:tcW w:type="dxa" w:w="251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платежи вносились в срок, договор закрыт 15.05.2025 г., задолженности нет]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Указанные сведения не соответствуют действительности, что подтверждается приложенными документами: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справка кредитора о закрытии договора, банковские выписки о внесении платежей]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частей 3–5 статьи 8 Федерального закона от 30.12.2004 № 218-ФЗ «О кредитных историях» 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дополнительную проверку оспариваемой информации, запросив её у источника формирования кредитной истории, в течение 20 рабочих дней со дня получения настоящего заявления.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время проверки внести в кредитную историю отметку о том, что информация оспаривается.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результатам проверки обновить кредитную историю, внеся в неё достоверные сведения, указанные в настоящем заявлении.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Сообщить мне о результатах рассмотрения заявления в письменной форме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по адресу регистрации, а в случае отказа указать его мотивы.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Бюро сверяет личность заявителя: подайте заявление в офисе бюро с паспортом, через личный кабинет на сайте бюро с подтверждением через Госуслуги или почтой с нотариально засвидетельствованной подписью.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кредитного отчёта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справки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закрытии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документов, подтверждающих внесение платежей,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бюро кредитных историй об оспаривании и исправлении кредитной истории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