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банка]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 адрес отделения банка]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предоставлении выписки о движении денежных средств по счёту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владельцем счёта, открытого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основании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071"/>
        <w:gridCol w:w="2792"/>
        <w:gridCol w:w="3490"/>
      </w:tblGrid>
      <w:tr>
        <w:trPr>
          <w:cantSplit/>
        </w:trPr>
        <w:tc>
          <w:tcPr>
            <w:tcW w:type="dxa" w:w="307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Номер счёта</w:t>
            </w:r>
          </w:p>
        </w:tc>
        <w:tc>
          <w:tcPr>
            <w:tcW w:type="dxa" w:w="27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Вид счёта, валюта</w:t>
            </w:r>
          </w:p>
        </w:tc>
        <w:tc>
          <w:tcPr>
            <w:tcW w:type="dxa" w:w="34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Карта</w:t>
            </w:r>
          </w:p>
        </w:tc>
      </w:tr>
      <w:tr>
        <w:trPr>
          <w:cantSplit/>
        </w:trPr>
        <w:tc>
          <w:tcPr>
            <w:tcW w:type="dxa" w:w="307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[20 цифр номера счёта]</w:t>
            </w:r>
          </w:p>
        </w:tc>
        <w:tc>
          <w:tcPr>
            <w:tcW w:type="dxa" w:w="279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[вид счёта и валюта]</w:t>
            </w:r>
          </w:p>
        </w:tc>
        <w:tc>
          <w:tcPr>
            <w:tcW w:type="dxa" w:w="34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[последние 4 цифры карты]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со статьёй 857 Гражданского кодекса Российской Федерации и статьёй 26 Федерального закона «О банках и банковской деятельности» сведения об операциях по счёту предоставляются банком самому клиенту.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предоставить мне выписку о движении денежных средств по указанному счёту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 периода]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 периода]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включительно.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отразить в выписке: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остаток денежных средств на начало и конец периода;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дату и сумму каждой операции по зачислению и списанию;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назначение платежа;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наименование (ФИО) и реквизиты отправителя или получателя денежных средств;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основание списания, если денежные средства списаны по исполнительному документу или требованию третьего лица.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Выписку прошу оформить на бумажном носителе, заверить подписью уполномоченного сотрудника и печатью банка и выдать мне лично в отделении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О готовности выписки прошу сообщить по телефону или электронной почте, указанным в заявлении.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необходима мне для представления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 или суда, куда представляется выписка]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Приложение: копия паспорта (страницы с фотографией и регистрацией).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банк о предоставлении выписки о движении денежных средств по счёту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