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подрядчика: ООО «...» или ИП ...]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подрядчика]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подрядчика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заказчика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безвозмездном устранении недостатков ремонтных работ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между мной,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(Заказчик),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подрядчика]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(Подрядчик) заключён договор подряда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 на выполнение ремонтных работ в квартире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Цена работ по Договору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и оплачена мной полностью,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[документы об оплате: чеки, квитанции, платёжные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Работы приняты по акту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приёмки]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обнаружения]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выполненных работах обнаружены следующие недостатки: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309"/>
        <w:gridCol w:w="4116"/>
        <w:gridCol w:w="3929"/>
      </w:tblGrid>
      <w:tr>
        <w:trPr>
          <w:cantSplit/>
        </w:trPr>
        <w:tc>
          <w:tcPr>
            <w:tcW w:type="dxa" w:w="13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41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Помещение и вид работ</w:t>
            </w:r>
          </w:p>
        </w:tc>
        <w:tc>
          <w:tcPr>
            <w:tcW w:type="dxa" w:w="39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Выявленный недостаток</w:t>
            </w:r>
          </w:p>
        </w:tc>
      </w:tr>
      <w:tr>
        <w:trPr>
          <w:cantSplit/>
        </w:trPr>
        <w:tc>
          <w:tcPr>
            <w:tcW w:type="dxa" w:w="13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41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[помещение, вид работ]</w:t>
            </w:r>
          </w:p>
        </w:tc>
        <w:tc>
          <w:tcPr>
            <w:tcW w:type="dxa" w:w="39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недостатка]</w:t>
            </w:r>
          </w:p>
        </w:tc>
      </w:tr>
      <w:tr>
        <w:trPr>
          <w:cantSplit/>
        </w:trPr>
        <w:tc>
          <w:tcPr>
            <w:tcW w:type="dxa" w:w="13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41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[помещение, вид работ]</w:t>
            </w:r>
          </w:p>
        </w:tc>
        <w:tc>
          <w:tcPr>
            <w:tcW w:type="dxa" w:w="39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недостатка]</w:t>
            </w:r>
          </w:p>
        </w:tc>
      </w:tr>
      <w:tr>
        <w:trPr>
          <w:cantSplit/>
        </w:trPr>
        <w:tc>
          <w:tcPr>
            <w:tcW w:type="dxa" w:w="131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411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[помещение, вид работ]</w:t>
            </w:r>
          </w:p>
        </w:tc>
        <w:tc>
          <w:tcPr>
            <w:tcW w:type="dxa" w:w="392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недостатка]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Недостатки зафиксированы на фотографиях и видеозаписи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съёмки]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которые прилагаются к претензии. Они возникли до принятия работ либо по причинам, возникшим до этого момента, и не связаны с эксплуатацией квартиры.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статье 721 и пункту 1 статьи 723 Гражданского кодекса РФ подрядчик обязан выполнить работу, качество которой соответствует договору и обычно предъявляемым требованиям, а при недостатках заказчик вправе потребовать их безвозмездного устранения в разумный срок. Пунктом 1 статьи 29 Закона РФ от 07.02.1992 № 2300-1 «О защите прав потребителей» предусмотрено право потребителя потребовать безвозмездного устранения недостатков выполненной работы. Разумный срок устранения недостатков назначается потребителем (статья 30 указанного Закона). Требование предъявлено в сроки, установленные пунктом 3 статьи 29 Закона: в течение гарантийного срока, а при его отсутствии в пределах двух лет со дня принятия работ.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безвозмездно устранить перечисленные недостатки в течение 20 (двадцати) календарных дней со дня получения настоящей претензии. О дате и времени начала работ прошу сообщить мне заранее по телефону или e-mail, указанным выше, для обеспечения доступа в квартиру.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каждый день просрочки устранения недостатков Подрядчик обязан уплатить неустойку в размере 3% цены работ, но не более цены работ (статья 30 и пункт 5 статьи 28 Закона «О защите прав потребителей»).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недостатки не будут устранены в назначенный срок, я воспользуюсь правами, предусмотренными пунктом 1 статьи 29 Закона «О защите прав потребителей»: поручу устранение недостатков третьим лицам с возмещением расходов за счёт Подрядчика либо откажусь от исполнения Договора с требованием возврата уплаченной суммы и возмещения убытков, а также обращусь в суд с требованием о взыскании неустойки, компенсации морального вреда (статья 15 Закона), штрафа в размере 50% от присуждённой суммы (пункт 6 статьи 13 Закона) и судебных расходов.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на претензию прошу направить по почтовому адресу или на e-mail, указанные в начале претензии.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подряда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 сметой.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акта приёмки выполненных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 об оплате работ.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выявленных недостатков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листах и видеозапись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[носитель или ссылка]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Вручите претензию представителю подрядчика под подпись на вашем экземпляре или отправьте заказным письмом с описью вложения на юридический адрес из договора. Не переделывайте работы до осмотра подрядчиком или независимым специалистом: следы недостатков являются главным доказательством.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подрядчику о безвозмездном устранении недостатков ремонтных работ в квартире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