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местного самоуправления по месту нахождения квартиры: администрация города (района) ..., в Москве — Мосжилинспекция]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переустройстве и (или) перепланировке помещения в многоквартирном доме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адрес регистрации по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согласовать проведение перепланировки помещения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[субъект РФ, муниципальное образование, улица, дом, корпус,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согласно представленному проекту перепланировки помещения в многоквартирном доме.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принадлежит мне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Проектом предусмотрено: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перечень работ, например: демонтаж ненесущей перегородки между жилой комнатой и коридором, устройство дверного проёма в ненесущей перегородке, перенос дверного проёма в санузел без изменения его границ]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Работы не затрагивают несущие конструкции, общее имущество собственников помещений в многоквартирном доме и инженерные сети общего пользования.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Прилагаемые документы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перепланировки квартиры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шифр и дата проекта, наименование проектной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Технический паспорт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принятие решения о согласовании или об отказе в согласовании, прошу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продублировать на адрес электронной почты, указанный выше.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236"/>
        <w:gridCol w:w="1559"/>
        <w:gridCol w:w="1559"/>
      </w:tblGrid>
      <w:tr>
        <w:trPr>
          <w:cantSplit/>
        </w:trPr>
        <w:tc>
          <w:tcPr>
            <w:tcW w:type="dxa" w:w="62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Собственник помещения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623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собственника полностью]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принимают не позднее 45 дней со дня подачи документов (ч. 4 ст. 26 ЖК РФ). Начинать работы можно только после получения документа о согласовании. Если у квартиры несколько собственников, заявление подписывают все или их представитель по нотариальной доверенности.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о согласовании перепланировки квартиры в многоквартирном доме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