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собственника помещения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по вопросам, поставленным на голосование на внеочередном общем собрании собственников помещений в многоквартирном доме по адресу: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[адрес дома с индексом]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, проводимом в форме очно-заочного голосования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собрании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Очное обсуждение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адресу: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очной части, например двор дома]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Начало приёма решений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Окончание приёма решений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приёма решений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[адрес, номер квартиры или почтового ящика инициатора]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Инициатор собрания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инициатора]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собственник помещения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собственнике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помещения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квартиры или нежилого помещения]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 помещения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Доля в праве собственности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[доля, например 1 или 1/2]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и дата государственной регистрации права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регистрации из выписки ЕГРН]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голосов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 × доля]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представителе собственника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 представителя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представителя]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 о полномочиях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доверенность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удостоверена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удостоверена]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№ в реестре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Таблицу о представителе заполняйте, только если за собственника голосует другое лицо. Копию доверенности приложите к решению.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Решения по вопросам повестки дня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каждой строке поставьте отметку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только в одной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графе: «за», «против» или «воздержался».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53"/>
        <w:gridCol w:w="5216"/>
        <w:gridCol w:w="850"/>
        <w:gridCol w:w="1190"/>
        <w:gridCol w:w="1644"/>
      </w:tblGrid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Вопрос и предложенное решение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Против</w:t>
            </w:r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Воздержался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Избрать председателем общего собрания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собственника помещения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Избрать секретарём общего собрания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собственника помещения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Избрать лицами, проводящими подсчёт голосов: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собственника помещения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;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собственника помещения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[Формулировка вопроса в точности как в сообщении о собрании]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. Предложено: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[краткое содержание предлагаемого решения]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52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[Формулировка вопроса в точности как в сообщении о собрании]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. Предложено: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[краткое содержание предлагаемого решения]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52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Определить местом хранения копий протокола общего собрания и решений собственников: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места хранения, например офис управляющей организации]</w:t>
            </w:r>
          </w:p>
        </w:tc>
        <w:tc>
          <w:tcPr>
            <w:tcW w:type="dxa" w:w="85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44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Заполненное решение передайте инициатору по адресу приёма до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[дата]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 г. Решения, полученные после окончания приёма, при подсчёте голосов не учитываются (ч. 2 ст. 47 ЖК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доверенности представителя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(при голосовании через представителя).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заполнения: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или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(бюллетень) для голосования на общем собрании собственников помещений в МКД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