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уполномоченного органа]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уполномоченного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почтовый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земельного участка в аренду без проведения торгов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статьи 39.17 и подпункта 15 пункта 2 статьи 39.6 Земельного кодекса Российской Федерации прошу предоставить мне в аренду без проведения торгов земельный участок, находящийся в государственной или муниципальной собственности: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об участке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участка]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(местоположение)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или описание местоположения участка]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Категория земель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[категория земель по выписке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разрешённого использования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разрешённого использования по выписке ЕГРН]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Основание предоставления земельного участка без проведения торгов: подпункт 15 пункта 2 статьи 39.6 Земельного кодекса Российской Федерации (предоставление гражданину земельного участка для индивидуального жилищного строительства в порядке статьи 39.18 Земельного кодекса Российской Федерации).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Вид права, на котором прошу предоставить земельный участок: аренда.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Цель использования земельного участка: индивидуальное жилищное строительство.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Земельный участок образован на основании решения о предварительном согласовании предоставления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принятого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договора аренды земельного участка или решение по результатам рассмотрения заявления прошу направить по почтовому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 также в электронной форме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участок поставлен на кадастровый учёт без решения о предварительном согласовании, пункт 4 удалите. Выписку из ЕГРН и решение о предварительном согласовании прикладывать не нужно: уполномоченный орган запрашивает их самостоятельно.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представителя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(при подаче заявления представителем).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предоставлении земельного участка в аренду без проведения торгов для ИЖС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