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ЗАГС, например: Отдел ЗАГС № 2 управления ЗАГС Ивановской области]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супругов: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мужа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жены полностью]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расторжении брака по взаимному согласию супругов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Просим произвести государственную регистрацию расторжения брака в соответствии со статьёй 19 Семейного кодекса Российской Федерации и статьёй 33 Федерального закона от 15.11.1997 № 143-ФЗ «Об актах гражданского состояния».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Подтверждаем взаимное согласие на расторжение брака. Общих детей, не достигших совершеннолетия, у нас нет.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супругах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530"/>
        <w:gridCol w:w="2647"/>
        <w:gridCol w:w="3177"/>
      </w:tblGrid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Он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Она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[фамилия]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Имя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[имя]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[имя]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Отчество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[отчество]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[отчество]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[ДД.ММ.ГГГГ]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Место рождения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[как в паспорте]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[как в паспорте]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Гражданство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[гражданство]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[гражданство]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Национальность (указывается по желанию)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[национальность]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[национальность]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Образование (указывается по желанию)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высшее]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среднее профессиональное]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Какой по счёту брак (указывается по желанию)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[первый]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[первый]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Место жительства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 с индексом]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 с индексом]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Документ, удостоверяющий личность</w:t>
            </w:r>
          </w:p>
        </w:tc>
        <w:tc>
          <w:tcPr>
            <w:tcW w:type="dxa" w:w="26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гражданина РФ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выдан]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гражданина РФ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выдан]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браке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Брак зарегистрирован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ЗАГС, составившего запись акта о заключении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запись акта о заключении брака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Свидетельство о заключении брака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Фамилии после расторжения брака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Просим после расторжения брака присвоить фамилии: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ему: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мужа после развода]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жены после развода]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Свидетельство о заключении брака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(оригинал).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об уплате государственной пошлины за государственную регистрацию расторжения брака: 5 000 рублей каждым из супругов (2 шт.).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Паспорта супругов предъявляются при подаче заявления.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Расторжение брака регистрируют не ранее чем через месяц со дня подачи заявления, при этом в ЗАГС должен прийти хотя бы один из супругов (п. 4 ст. 33 Федерального закона № 143-ФЗ). Пошлина: 5 000 ₽ с каждого супруга (пп. 2 п. 1 ст. 333.26 НК РФ).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Он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Она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Подпись: 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мужа]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Дата: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Подпись: 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жены]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Дата: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Совместное заявление супругов о расторжении брака в ЗАГС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