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ЗАГС, например: Отдел ЗАГС Октябрьского района управления ЗАГС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перемене имени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произвести государственную регистрацию перемены имени в соответствии со статьями 58–60 Федерального закона от 15.11.1997 № 143-ФЗ «Об актах гражданского состояния» и присвоить мне следующие фамилию, собственно имя и отчество: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626"/>
        <w:gridCol w:w="3660"/>
        <w:gridCol w:w="4067"/>
      </w:tblGrid>
      <w:tr>
        <w:trPr>
          <w:cantSplit/>
        </w:trPr>
        <w:tc>
          <w:tcPr>
            <w:tcW w:type="dxa" w:w="16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36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Сейчас</w:t>
            </w:r>
          </w:p>
        </w:tc>
        <w:tc>
          <w:tcPr>
            <w:tcW w:type="dxa" w:w="40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После перемены имени</w:t>
            </w:r>
          </w:p>
        </w:tc>
      </w:tr>
      <w:tr>
        <w:trPr>
          <w:cantSplit/>
        </w:trPr>
        <w:tc>
          <w:tcPr>
            <w:tcW w:type="dxa" w:w="16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</w:t>
            </w:r>
          </w:p>
        </w:tc>
        <w:tc>
          <w:tcPr>
            <w:tcW w:type="dxa" w:w="36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[текущая фамилия]</w:t>
            </w:r>
          </w:p>
        </w:tc>
        <w:tc>
          <w:tcPr>
            <w:tcW w:type="dxa" w:w="40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[новая фамилия]</w:t>
            </w:r>
          </w:p>
        </w:tc>
      </w:tr>
      <w:tr>
        <w:trPr>
          <w:cantSplit/>
        </w:trPr>
        <w:tc>
          <w:tcPr>
            <w:tcW w:type="dxa" w:w="16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Имя</w:t>
            </w:r>
          </w:p>
        </w:tc>
        <w:tc>
          <w:tcPr>
            <w:tcW w:type="dxa" w:w="36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[текущее имя]</w:t>
            </w:r>
          </w:p>
        </w:tc>
        <w:tc>
          <w:tcPr>
            <w:tcW w:type="dxa" w:w="406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[новое имя]</w:t>
            </w:r>
          </w:p>
        </w:tc>
      </w:tr>
      <w:tr>
        <w:trPr>
          <w:cantSplit/>
        </w:trPr>
        <w:tc>
          <w:tcPr>
            <w:tcW w:type="dxa" w:w="16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Отчество</w:t>
            </w:r>
          </w:p>
        </w:tc>
        <w:tc>
          <w:tcPr>
            <w:tcW w:type="dxa" w:w="36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[текущее отчество]</w:t>
            </w:r>
          </w:p>
        </w:tc>
        <w:tc>
          <w:tcPr>
            <w:tcW w:type="dxa" w:w="406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[новое отчество]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заявителе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[как в паспорте]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Гражданство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[гражданство]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Национальность (указывается по желанию)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[национальность]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жительства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Семейное положение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состою в браке с [ФИО супруга]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гражданина РФ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Запись акта о рождении заявителя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органа ЗАГС]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Запись акта о заключении брака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органа ЗАГС]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несовершеннолетних детях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988"/>
        <w:gridCol w:w="1689"/>
        <w:gridCol w:w="4677"/>
      </w:tblGrid>
      <w:tr>
        <w:trPr>
          <w:cantSplit/>
        </w:trPr>
        <w:tc>
          <w:tcPr>
            <w:tcW w:type="dxa" w:w="29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 ребёнка</w:t>
            </w:r>
          </w:p>
        </w:tc>
        <w:tc>
          <w:tcPr>
            <w:tcW w:type="dxa" w:w="16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Запись акта о рождении</w:t>
            </w:r>
          </w:p>
        </w:tc>
      </w:tr>
      <w:tr>
        <w:trPr>
          <w:cantSplit/>
        </w:trPr>
        <w:tc>
          <w:tcPr>
            <w:tcW w:type="dxa" w:w="29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 полностью]</w:t>
            </w:r>
          </w:p>
        </w:tc>
        <w:tc>
          <w:tcPr>
            <w:tcW w:type="dxa" w:w="168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[орган ЗАГС]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Причина перемены имени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своими словами, например: хочу носить фамилию отчима, который воспитывал меня с трёх лет и которого я считаю своим отцом.]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внести изменения в записи актов гражданского состояния, составленные в отношении меня и моих несовершеннолетних детей, в связи с переменой имени и выдать свидетельство о перемене имени.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рождении заявителя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заключении брака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 за государственную регистрацию перемены имени в размере 5 000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Паспорт предъявлен при подаче заявления.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подают лично в любой орган ЗАГС. Срок рассмотрения: один месяц со дня подачи, при уважительных причинах его могут продлить не более чем на два месяца (п. 2 ст. 60 Федерального закона № 143-ФЗ). Если фамилия, имя или отчество не меняются, в правой колонке повторите текущие. Строки о браке и детях, если их нет, удалите.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ЗАГС о перемене фамилии, имени и отчества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