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Нотариусу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нотариального округа, например: Ивановского городского нотариального округа]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нотариальной конторы]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Наследственное дело №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наследственного дела]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выдаче свидетельства о праве на наследство по закону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умер(ла)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что подтверждается свидетельством о смерти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выданным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Последнее место жительства наследодателя: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последнего места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наследником по закону первой очереди: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родства, например: сыном]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наследодателя (п. 1 ст. 1142 Гражданского кодекса Российской Федерации). Родство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родстве и его реквизиты, например: свидетельство о рождении серия, номер, 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Наследство я принял(а) в срок, установленный ст. 1154 Гражданского кодекса Российской Федерации, подав вам заявление о принятии наследства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Завещание наследодатель, насколько мне известно, не составлял. Кроме меня, наследниками по закону той же очереди являются: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698"/>
        <w:gridCol w:w="3418"/>
        <w:gridCol w:w="3238"/>
      </w:tblGrid>
      <w:tr>
        <w:trPr>
          <w:cantSplit/>
        </w:trPr>
        <w:tc>
          <w:tcPr>
            <w:tcW w:type="dxa" w:w="26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 наследника</w:t>
            </w:r>
          </w:p>
        </w:tc>
        <w:tc>
          <w:tcPr>
            <w:tcW w:type="dxa" w:w="34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Степень родства</w:t>
            </w:r>
          </w:p>
        </w:tc>
        <w:tc>
          <w:tcPr>
            <w:tcW w:type="dxa" w:w="323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Адрес</w:t>
            </w:r>
          </w:p>
        </w:tc>
      </w:tr>
      <w:tr>
        <w:trPr>
          <w:cantSplit/>
        </w:trPr>
        <w:tc>
          <w:tcPr>
            <w:tcW w:type="dxa" w:w="269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  <w:tc>
          <w:tcPr>
            <w:tcW w:type="dxa" w:w="34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супруга]</w:t>
            </w:r>
          </w:p>
        </w:tc>
        <w:tc>
          <w:tcPr>
            <w:tcW w:type="dxa" w:w="323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с индексом]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Наследственное имущество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состав наследства входит: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[Квартира]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принадлежавшая наследодателю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[документ-основание и его дата, например: договор купли-продажи от 12.03.2015]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Денежные средства на счетах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причитающимися процентами и компенсациями.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[Иное имущество: транспортное средство, доли, ценные бумаги, земельный участок с указанием идентификационных данных]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Просьба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статей 1162 и 1163 Гражданского кодекса Российской Федерации прошу выдать мне свидетельство о праве на наследство по закону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доли, например: 1/2 (одну вторую)]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долю в наследственном имуществе, указанном выше.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Для расчёта государственной пошлины представляю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стоимости имущества, например: выписку из ЕГРН о кадастровой стоимости квартиры на дату смерти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смерти наследодателя.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документа, подтверждающего родство с наследодателем: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правоустанавливающих документов на наследственное имущество.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ЕГРН о кадастровой стоимости недвижимого имущества.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последнее место жительства наследодателя.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Свидетельство выдают по истечении шести месяцев со дня смерти наследодателя (п. 1 ст. 1163 ГК РФ). Раньше его могут выдать, только если нотариус достоверно знает, что других наследников нет. Оригиналы документов возьмите с собой на приём.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нотариусу о выдаче свидетельства о праве на наследство по закону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