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опеки и попечительства, например отдел опеки и попечительства администрации района]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гражданина, выразившего желание стать опекуном (попечителем) несовершеннолетнего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заявителе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Фамилия, имя, отчество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и место рождения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рождения]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[место рождения по паспорту]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Гражданство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[гражданство]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Документ, удостоверяющий личность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код подразделения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регистрации по месту жительства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с индексом]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фактического проживания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[адрес, если отличается от адреса регистрации]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Субъекты РФ, где проживал(а) ранее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[перечень регионов]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СНИЛС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СНИЛС]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Степень родства с ребёнком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[степень родства, например бабушка по линии матери]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Сведения о ребёнке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Данные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Фамилия, имя, отчество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ребёнка]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рождения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 рождения]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рождении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 и 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Место жительства (нахождения)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[адрес, где ребёнок проживает сейчас]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Причина, по которой ребёнок остался без попечения родителей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[обстоятельства с реквизитами документа, например: мать умерла 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свидетельство о смерти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; отец лишён родительских прав решением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суда]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Просьба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назначить меня опекуном (попечителем) несовершеннолетнего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рождения, и передать его мне под опеку (попечительство) на безвозмездной основе.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Ребёнок проживает со мной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фактического проживания]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Готов(а) обеспечить его воспитание, обучение, лечение и защиту его прав.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Сведения, подтверждаемые заявителем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Материальные возможности, жилищные условия, состояние здоровья и характер работы позволяют мне взять ребёнка под опеку (попечительство).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Судимости за преступления, указанные в статье 146 Семейного кодекса Российской Федерации, не имею и не имел(а), уголовному преследованию за такие преступления не подвергался(ась). Родительских прав не лишался(ась), в родительских правах судом не ограничивался(ась), от обязанностей опекуна (попечителя) по своей вине не отстранялся(ась).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Основной источник моего дохода: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[заработная плата по месту работы или пенсия; если пенсия, укажите её вид и орган, выплачивающий пенсию]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Дополнительно сообщаю: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[опыт воспитания детей, место работы и должность, сведения о прохождении подготовки лиц, желающих принять ребёнка на воспитание, если проходили]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Совместно со мной по месту жительства зарегистрированы и проживают: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039"/>
        <w:gridCol w:w="1781"/>
        <w:gridCol w:w="2672"/>
        <w:gridCol w:w="3860"/>
      </w:tblGrid>
      <w:tr>
        <w:trPr>
          <w:cantSplit/>
        </w:trPr>
        <w:tc>
          <w:tcPr>
            <w:tcW w:type="dxa" w:w="10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ФИО</w:t>
            </w:r>
          </w:p>
        </w:tc>
        <w:tc>
          <w:tcPr>
            <w:tcW w:type="dxa" w:w="17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Год рождения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Родство с ребёнком</w:t>
            </w:r>
          </w:p>
        </w:tc>
        <w:tc>
          <w:tcPr>
            <w:tcW w:type="dxa" w:w="38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 какого времени проживает</w:t>
            </w:r>
          </w:p>
        </w:tc>
      </w:tr>
      <w:tr>
        <w:trPr>
          <w:cantSplit/>
        </w:trPr>
        <w:tc>
          <w:tcPr>
            <w:tcW w:type="dxa" w:w="10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  <w:tc>
          <w:tcPr>
            <w:tcW w:type="dxa" w:w="178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  <w:tc>
          <w:tcPr>
            <w:tcW w:type="dxa" w:w="26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[степень родства]</w:t>
            </w:r>
          </w:p>
        </w:tc>
        <w:tc>
          <w:tcPr>
            <w:tcW w:type="dxa" w:w="38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  <w:tr>
        <w:trPr>
          <w:cantSplit/>
        </w:trPr>
        <w:tc>
          <w:tcPr>
            <w:tcW w:type="dxa" w:w="10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</w:p>
        </w:tc>
        <w:tc>
          <w:tcPr>
            <w:tcW w:type="dxa" w:w="178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  <w:tc>
          <w:tcPr>
            <w:tcW w:type="dxa" w:w="267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[степень родства]</w:t>
            </w:r>
          </w:p>
        </w:tc>
        <w:tc>
          <w:tcPr>
            <w:tcW w:type="dxa" w:w="386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Согласие и ответственность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даю согласие на обработку и использование моих персональных данных, содержащихся в настоящем заявлении и в представленных мною документах, в целях рассмотрения вопроса о назначении меня опекуном (попечителем). Об ответственности за представление недостоверных сведений предупрежден(а).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Как близкий родственник ребёнка вы не обязаны проходить школу приёмных родителей (п. 4 Правил, утв. постановлением Правительства РФ № 423). Справку о судимости орган опеки запрашивает сам. Решение принимается в течение 10 рабочих дней после проверки сведений.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краткая автобиография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с места работы о должности и размере заработной платы за последние 12 месяцев (для пенсионеров — справка о размере пенсии)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медицинское заключение о состоянии здоровья по результатам освидетельствования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свидетельства о браке (если состою в браке)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письменное согласие совершеннолетних членов семьи, проживающих совместно со мной,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документов, подтверждающих родство с ребёнком,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 о причине отсутствия родительского попечения (свидетельство о смерти, решение суда)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согласие ребёнка, достигшего 10 лет, на назначение меня опекуном (попечителем)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назначении опекуном (попечителем) несовершеннолетнего ребёнка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