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Лицо, в отношении которого подано заявление: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или медицинской (социальной)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опеки и попечительства]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опеки]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Прокурор: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прокуратуры района]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гражданина недееспособным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 дочерью]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рождения,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документа о родстве, например свидетельство о рождении серии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соответствии с частью 2 статьи 281 ГПК РФ я вправе обратиться в суд с заявлением о признании его (её) недееспособным.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Обстоятельства, свидетельствующие о психическом расстройстве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 него (неё) наблюдается психическое расстройство: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[диагноз, если установлен, например сосудистая деменция после перенесённого инсульта]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[медицинские документы: выписка из стационара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справка психоневрологического диспансера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заключение врача-психиатра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].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ему (ей) установлена инвалидность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[группа]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группы.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Вследствие заболевания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может понимать значения своих действий и руководить ими. Это проявляется в следующем: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[не ориентируется во времени и месте, не узнаёт близких родственников]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[не может самостоятельно себя обслуживать, принимать лекарства, пользоваться деньгами]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[уходит из дома и не может найти дорогу обратно, оставляет включённым газ или воду]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конкретные факты с датами, например подписание документов под влиянием посторонних лиц]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Признание гражданина недееспособным необходимо для защиты его прав и законных интересов: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[цель, например оформление опеки, получение пенсии, защита жилья от мошеннических сделок, организация лечения и ухода]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Сообщаю суду, что готов(а) после вступления решения в законную силу быть назначен(а) опекуном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органом опеки и попечительства.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Правовое обоснование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29 Гражданского кодекса РФ гражданин, который вследствие психического расстройства не может понимать значения своих действий или руководить ими, может быть признан судом недееспособным в порядке, установленном гражданским процессуальным законодательством. Над ним устанавливается опека.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Заявление подаётся в суд по месту жительства гражданина, а если он помещён в медицинскую организацию, оказывающую психиатрическую помощь в стационарных условиях, или в стационарную организацию социального обслуживания, — по адресу этой организации (часть 4 статьи 281 ГПК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определения психического состояния гражданина при наличии достаточных данных о его психическом расстройстве судья назначает судебно-психиатрическую экспертизу (статья 283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29 ГК РФ, 281–285 ГПК РФ,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недееспособным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рождения, уроженца (уроженку)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 (зарегистрированную)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по делу судебно-психиатрическую экспертизу, проведение которой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государственного экспертного учреждения или психиатрической больницы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 поставить перед экспертами вопросы: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Страдает 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психическим расстройством, и если да, то каким?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Может 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понимать значение своих действий и руководить ими?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медицинскую документацию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поликлиники, больницы, психоневрологического диспансера]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гражданин по состоянию здоровья не может прийти в суд, сообщите об этом и приложите справку врача: дело рассматривается с его участием по месту нахождения, например дома или в больнице (часть 1 статьи 284 ГПК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 в размере 3 000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копий заявления лицу, в отношении которого подано заявление, органу опеки и попечительства и прокурору;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документа, подтверждающего родство с гражданином,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медицинских документов (выписки, справки, заключения)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справки об инвалидности (при наличии)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документ, подтверждающий место жительства гражданина (выписка из домовой книги, справка о регистрации),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 признании гражданина недееспособным (особое производство, глава 31 ГПК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