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Отделение Фонда пенсионного и социального страхования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(клиентская служба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[город, район]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назначении ежемесячного пособия в связи с рождением и воспитанием ребенка (единого пособия)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Сведения о заявителе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Фамилия, имя, отчество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полностью, как в паспорте]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и место рождения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рождения]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[место рождения]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Гражданство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Российская Федерация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Документ, удостоверяющий личность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выдан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выдан]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выдачи]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г., код подразделения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СНИЛС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СНИЛС]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регистрации по месту жительства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[индекс, субъект РФ, город, улица, дом, квартира]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фактического проживания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[адрес, если отличается от адреса регистрации]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Телефон, e-mail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Семейное положение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[семейное положение, например: состою в браке]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Сведения о детях, на которых я прошу назначить пособие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73"/>
        <w:gridCol w:w="1621"/>
        <w:gridCol w:w="1621"/>
        <w:gridCol w:w="1871"/>
        <w:gridCol w:w="3367"/>
      </w:tblGrid>
      <w:tr>
        <w:trPr>
          <w:cantSplit/>
        </w:trPr>
        <w:tc>
          <w:tcPr>
            <w:tcW w:type="dxa" w:w="8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16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 ребенка</w:t>
            </w:r>
          </w:p>
        </w:tc>
        <w:tc>
          <w:tcPr>
            <w:tcW w:type="dxa" w:w="16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рождения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СНИЛС</w:t>
            </w:r>
          </w:p>
        </w:tc>
        <w:tc>
          <w:tcPr>
            <w:tcW w:type="dxa" w:w="33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Свидетельство о рождении</w:t>
            </w:r>
          </w:p>
        </w:tc>
      </w:tr>
      <w:tr>
        <w:trPr>
          <w:cantSplit/>
        </w:trPr>
        <w:tc>
          <w:tcPr>
            <w:tcW w:type="dxa" w:w="8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16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ребенка]</w:t>
            </w:r>
          </w:p>
        </w:tc>
        <w:tc>
          <w:tcPr>
            <w:tcW w:type="dxa" w:w="16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[СНИЛС ребенка]</w:t>
            </w:r>
          </w:p>
        </w:tc>
        <w:tc>
          <w:tcPr>
            <w:tcW w:type="dxa" w:w="33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номер, дата выдачи]</w:t>
            </w:r>
          </w:p>
        </w:tc>
      </w:tr>
      <w:tr>
        <w:trPr>
          <w:cantSplit/>
        </w:trPr>
        <w:tc>
          <w:tcPr>
            <w:tcW w:type="dxa" w:w="87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162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ребенка]</w:t>
            </w:r>
          </w:p>
        </w:tc>
        <w:tc>
          <w:tcPr>
            <w:tcW w:type="dxa" w:w="162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87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[СНИЛС ребенка]</w:t>
            </w:r>
          </w:p>
        </w:tc>
        <w:tc>
          <w:tcPr>
            <w:tcW w:type="dxa" w:w="336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номер, дата выдачи]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Дети проживают совместно со мной по адресу, указанному в разделе 1.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Сведения о членах семьи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096"/>
        <w:gridCol w:w="2741"/>
        <w:gridCol w:w="2096"/>
        <w:gridCol w:w="2419"/>
      </w:tblGrid>
      <w:tr>
        <w:trPr>
          <w:cantSplit/>
        </w:trPr>
        <w:tc>
          <w:tcPr>
            <w:tcW w:type="dxa" w:w="20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</w:t>
            </w:r>
          </w:p>
        </w:tc>
        <w:tc>
          <w:tcPr>
            <w:tcW w:type="dxa" w:w="27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Степень родства</w:t>
            </w:r>
          </w:p>
        </w:tc>
        <w:tc>
          <w:tcPr>
            <w:tcW w:type="dxa" w:w="20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рождения</w:t>
            </w:r>
          </w:p>
        </w:tc>
        <w:tc>
          <w:tcPr>
            <w:tcW w:type="dxa" w:w="24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СНИЛС</w:t>
            </w:r>
          </w:p>
        </w:tc>
      </w:tr>
      <w:tr>
        <w:trPr>
          <w:cantSplit/>
        </w:trPr>
        <w:tc>
          <w:tcPr>
            <w:tcW w:type="dxa" w:w="20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супруга]</w:t>
            </w:r>
          </w:p>
        </w:tc>
        <w:tc>
          <w:tcPr>
            <w:tcW w:type="dxa" w:w="27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супруг</w:t>
            </w:r>
          </w:p>
        </w:tc>
        <w:tc>
          <w:tcPr>
            <w:tcW w:type="dxa" w:w="20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24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[СНИЛС супруга]</w:t>
            </w:r>
          </w:p>
        </w:tc>
      </w:tr>
      <w:tr>
        <w:trPr>
          <w:cantSplit/>
        </w:trPr>
        <w:tc>
          <w:tcPr>
            <w:tcW w:type="dxa" w:w="209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</w:p>
        </w:tc>
        <w:tc>
          <w:tcPr>
            <w:tcW w:type="dxa" w:w="274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[степень родства]</w:t>
            </w:r>
          </w:p>
        </w:tc>
        <w:tc>
          <w:tcPr>
            <w:tcW w:type="dxa" w:w="209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241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[СНИЛС]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Доходы, сведения о которых отсутствуют в государственных информационных системах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Сообщаю о доходах членов семьи за расчетный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которые фонд не может получить по межведомственным запросам: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396"/>
        <w:gridCol w:w="5585"/>
        <w:gridCol w:w="2373"/>
      </w:tblGrid>
      <w:tr>
        <w:trPr>
          <w:cantSplit/>
        </w:trPr>
        <w:tc>
          <w:tcPr>
            <w:tcW w:type="dxa" w:w="139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Член семьи</w:t>
            </w:r>
          </w:p>
        </w:tc>
        <w:tc>
          <w:tcPr>
            <w:tcW w:type="dxa" w:w="55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Вид дохода</w:t>
            </w:r>
          </w:p>
        </w:tc>
        <w:tc>
          <w:tcPr>
            <w:tcW w:type="dxa" w:w="23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139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</w:p>
        </w:tc>
        <w:tc>
          <w:tcPr>
            <w:tcW w:type="dxa" w:w="55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алименты, полученные на ребенка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ребенка]</w:t>
            </w:r>
          </w:p>
        </w:tc>
        <w:tc>
          <w:tcPr>
            <w:tcW w:type="dxa" w:w="23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 за период]</w:t>
            </w:r>
          </w:p>
        </w:tc>
      </w:tr>
      <w:tr>
        <w:trPr>
          <w:cantSplit/>
        </w:trPr>
        <w:tc>
          <w:tcPr>
            <w:tcW w:type="dxa" w:w="139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</w:p>
        </w:tc>
        <w:tc>
          <w:tcPr>
            <w:tcW w:type="dxa" w:w="558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[иной доход, например доход от самозанятости за рубежом]</w:t>
            </w:r>
          </w:p>
        </w:tc>
        <w:tc>
          <w:tcPr>
            <w:tcW w:type="dxa" w:w="237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 за период]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Иных доходов, сведения о которых не поступают в фонд из государственных систем, члены семьи не имели.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Обычную зарплату, пенсии, пособия и доходы самозанятых в России указывать не нужно, фонд получит их сам. В этот раздел вписывают алименты (если они получены не через приставов), доходы из-за рубежа и иные выплаты, о которых государство не знает.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Способ выплаты пособия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перечислять пособие на мой счет в банке: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Реквизит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Наименование банка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кредитной организации]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 банка]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счета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счета получателя, 20 цифр]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карты «Мир»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карты]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Подтверждения заявителя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Подтверждаю, что я и члены моей семьи являемся гражданами Российской Федерации и постоянно проживаем на территории Российской Федерации.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Предупрежден(а) об ответственности за недостоверность представленных сведений и об обязанности своевременно сообщить в фонд об обстоятельствах, влекущих прекращение выплаты пособия.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Даю согласие на обработку моих персональных данных и персональных данных моих несовершеннолетних детей в целях назначения и выплаты пособия.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Уведомление о принятом решении прошу направить в личный кабинет на портале госуслуг и продублировать по адресу электронной почты, указанному выше.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Документ, подтверждающий получение алиментов за расчетный период (справка, выписка по счету),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документы, например решение суда о взыскании алиментов или свидетельство о рождении ребенка, выданное за рубежом]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единого пособия на детей до 17 лет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