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 по месту жительства заявителя или по месту хранения записи акта]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субъект РФ, город, улица, дом, квартира]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внесении исправления в запись акта гражданского состояния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внести исправление в запись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составленную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ЗАГС, который составил запись]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лица, в отношении которого составлена запись]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Что необходимо исправить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991"/>
        <w:gridCol w:w="2619"/>
        <w:gridCol w:w="2744"/>
      </w:tblGrid>
      <w:tr>
        <w:trPr>
          <w:cantSplit/>
        </w:trPr>
        <w:tc>
          <w:tcPr>
            <w:tcW w:type="dxa" w:w="39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Графа записи акта</w:t>
            </w:r>
          </w:p>
        </w:tc>
        <w:tc>
          <w:tcPr>
            <w:tcW w:type="dxa" w:w="26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Указано в записи</w:t>
            </w:r>
          </w:p>
        </w:tc>
        <w:tc>
          <w:tcPr>
            <w:tcW w:type="dxa" w:w="2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 быть указано</w:t>
            </w:r>
          </w:p>
        </w:tc>
      </w:tr>
      <w:tr>
        <w:trPr>
          <w:cantSplit/>
        </w:trPr>
        <w:tc>
          <w:tcPr>
            <w:tcW w:type="dxa" w:w="39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фамилия матери]</w:t>
            </w:r>
          </w:p>
        </w:tc>
        <w:tc>
          <w:tcPr>
            <w:tcW w:type="dxa" w:w="26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[ошибочное написание]</w:t>
            </w:r>
          </w:p>
        </w:tc>
        <w:tc>
          <w:tcPr>
            <w:tcW w:type="dxa" w:w="2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[правильное написание]</w:t>
            </w:r>
          </w:p>
        </w:tc>
      </w:tr>
      <w:tr>
        <w:trPr>
          <w:cantSplit/>
        </w:trPr>
        <w:tc>
          <w:tcPr>
            <w:tcW w:type="dxa" w:w="39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дата рождения матери]</w:t>
            </w:r>
          </w:p>
        </w:tc>
        <w:tc>
          <w:tcPr>
            <w:tcW w:type="dxa" w:w="26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[ошибочное значение]</w:t>
            </w:r>
          </w:p>
        </w:tc>
        <w:tc>
          <w:tcPr>
            <w:tcW w:type="dxa" w:w="27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[правильное значение]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Основания для исправления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записи акта допущена ошибка: сведения, указанные в графе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графы]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», не соответствуют сведениям в документах, на основании которых составлялась запись.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Правильность сведений подтверждается следующими документами: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документов, например: паспорт матери серия ... № ..., свидетельство о рождении матери № ..., свидетельство о заключении брака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 между заинтересованными лицами о внесении исправления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пункта 1 статьи 69, статей 70 и 71 Федерального закона от 15.11.1997 № 143-ФЗ «Об актах гражданского состояния» прошу составить заключение о внесении исправления, внести исправление в указанную запись акта и выдать новое свидетельство о рождении взамен прежнего.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подлежащее обмену.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правильные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 в размере 700 рублей.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течение месяца, при уважительных причинах срок могут продлить не более чем на два месяца (п. 1 ст. 72 Закона № 143-ФЗ). Госпошлину не платят, если ошибку допустил сам орган ЗАГС при регистрации (ст. 333.39 НК РФ). Оригиналы документов возьмите с собой для сверки.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принятом решении прошу сообщить по телефону или электронной почте, указанным выше.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ЗАГС о внесении исправления в запись акта гражданского состояния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