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досрочном снятии дисциплинарного взыскания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приказа о применении взыскания]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приказом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 о применении взыскания]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[табельный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было применено дисциплинарное взыскание в виде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взыскания в родительном падеже, например: выговора]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какой проступок совершён]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применения взыскания работник новых дисциплинарных проступков не совершал, добросовестно исполняет трудовые обязанности,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заслуги работника, например: досрочно выполнил план проекта]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Учитывая изложенное, на основании части второй статьи 194 Трудового кодекса Российской Федерации и ходатайства непосредственного руководителя работника,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Снять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дисциплинарное взыскание в виде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взыскания в родительном падеже, например: выговора]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применённое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досрочно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снятия]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Считать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винительном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имеющим дисциплинарного взыскания с даты, указанной в пункте 1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ответственного сотрудника кадровой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внести сведения о снятии взыскания в личную карточку и личное дело работника, ознакомить работника с настоящим приказом под подпись в течение трёх рабочих дней со дня его издания.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служебная записка (ходатайство)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непосредственного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Руководитель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Снять досрочно можно замечание или выговор до истечения года со дня применения. После года взыскание погашается само.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803"/>
        <w:gridCol w:w="1360"/>
        <w:gridCol w:w="1190"/>
      </w:tblGrid>
      <w:tr>
        <w:trPr>
          <w:cantSplit/>
        </w:trPr>
        <w:tc>
          <w:tcPr>
            <w:tcW w:type="dxa" w:w="68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 приказом ознакомлен(а)</w:t>
            </w:r>
          </w:p>
        </w:tc>
        <w:tc>
          <w:tcPr>
            <w:tcW w:type="dxa" w:w="13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68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13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</w:t>
            </w:r>
          </w:p>
        </w:tc>
        <w:tc>
          <w:tcPr>
            <w:tcW w:type="dxa" w:w="11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68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непосредственного руководителя]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13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</w:t>
            </w:r>
          </w:p>
        </w:tc>
        <w:tc>
          <w:tcPr>
            <w:tcW w:type="dxa" w:w="11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досрочном снятии дисциплинарного взыскания (выговора или замечания)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