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организации]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отстранении от работы в связи с появлением на работе в состоянии алкогольного опьянения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находился на рабочем месте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именно — например, в цехе №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признаками алкогольного опьянения: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[признаки — например, запах алкоголя изо рта, неустойчивость позы, нарушение речи]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Факт зафиксирован докладной запиской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составителя]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актом о появлении работника на работе в состоянии алкогольного опьянения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абзацем вторым части первой статьи 76 Трудового кодекса Российской Федерации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Отстранить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 окончания рабочего дня (смены)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Заработную плату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отстранения от работы не начислять (часть третья статьи 76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ответственного лица, например начальника цеха]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обеспечить незамедлительное прекращение работником работы и его выход с рабочего места и с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табельщика или специалиста по кадрам]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отразить период отстранения в табеле учёта рабочего времени.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специалиста по кадрам]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уведомление о необходимости представить письменное объяснение по факту появления на работе в состоянии алкогольного опьянения в течение двух рабочих дней (статья 193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Допустить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работе с начала его следующего рабочего дня (смены) при отсутствии признаков опьянения.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Контроль за исполнением настоящего приказа возложить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Основание: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докладная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о появлении работника на работе в состоянии алкогольного опьянения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акта медицинского освидетельствования на состояние опьянения либо акта об отказе работника от освидетельствования]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 с приказом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474"/>
        <w:gridCol w:w="2033"/>
        <w:gridCol w:w="1898"/>
        <w:gridCol w:w="949"/>
      </w:tblGrid>
      <w:tr>
        <w:trPr>
          <w:cantSplit/>
        </w:trPr>
        <w:tc>
          <w:tcPr>
            <w:tcW w:type="dxa" w:w="44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18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44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работника]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работника]</w:t>
            </w:r>
          </w:p>
        </w:tc>
        <w:tc>
          <w:tcPr>
            <w:tcW w:type="dxa" w:w="18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</w:t>
            </w:r>
          </w:p>
        </w:tc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44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ответственного лица]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18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</w:t>
            </w:r>
          </w:p>
        </w:tc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447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специалиста по кадрам]</w:t>
            </w:r>
          </w:p>
        </w:tc>
        <w:tc>
          <w:tcPr>
            <w:tcW w:type="dxa" w:w="20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1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</w:t>
            </w:r>
          </w:p>
        </w:tc>
        <w:tc>
          <w:tcPr>
            <w:tcW w:type="dxa" w:w="9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Приказ издаётся в день обнаружения. Срок отстранения при опьянении — до окончания смены: на следующий день трезвого работника допускают к работе. Если работник отказался расписаться в приказе, составьте акт об отказе от подписи с двумя свидетелями.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работника от работы в связи с алкогольным опьянением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