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продлении испытательного срока в связи с временной нетрудоспособностью работника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Трудовым договором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установлен испытательный срок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испытания работник был временно нетрудоспособен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включительно, всего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дней, что подтверждается электронным листком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седьмой статьи 70 Трудового кодекса Российской Федерации период временной нетрудоспособности работника не засчитывается в срок испытания.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Считать последним днём испытательного срока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[новая дата окончания испытания]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учётом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временной нетрудоспособности, не засчитанных в срок испытания.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не позднее чем за 5 рабочих дней до новой даты окончания испытания]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представить в отдел кадров письменное заключение о результатах испытания работника.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внести сведения о новой дате окончания испытания в личную карточку работника и ознакомить работника с настоящим приказом под подпись в течение трёх рабочих дней со дня его издания.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Новая дата: к дате окончания испытания по трудовому договору прибавьте календарные дни по листку нетрудоспособности. Приказ издавайте после закрытия листка. Если работник отказался от подписи, составьте акт об отказе в присутствии двух сотрудников.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электронный листок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табель учёта рабочего времени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88"/>
        <w:gridCol w:w="3012"/>
        <w:gridCol w:w="2854"/>
      </w:tblGrid>
      <w:tr>
        <w:trPr>
          <w:cantSplit/>
        </w:trPr>
        <w:tc>
          <w:tcPr>
            <w:tcW w:type="dxa" w:w="3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 руководителя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</w:tr>
      <w:tr>
        <w:trPr>
          <w:cantSplit/>
        </w:trPr>
        <w:tc>
          <w:tcPr>
            <w:tcW w:type="dxa" w:w="34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[Генеральный директор]</w:t>
            </w:r>
          </w:p>
        </w:tc>
        <w:tc>
          <w:tcPr>
            <w:tcW w:type="dxa" w:w="30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28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руководителя]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 приказом ознакомлен(а), экземпляр получил(а):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68"/>
        <w:gridCol w:w="2866"/>
        <w:gridCol w:w="2263"/>
        <w:gridCol w:w="1056"/>
      </w:tblGrid>
      <w:tr>
        <w:trPr>
          <w:cantSplit/>
        </w:trPr>
        <w:tc>
          <w:tcPr>
            <w:tcW w:type="dxa" w:w="3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28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2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10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1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работника]</w:t>
            </w:r>
          </w:p>
        </w:tc>
        <w:tc>
          <w:tcPr>
            <w:tcW w:type="dxa" w:w="286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22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работника]</w:t>
            </w:r>
          </w:p>
        </w:tc>
        <w:tc>
          <w:tcPr>
            <w:tcW w:type="dxa" w:w="10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испытательного срока в связи с временной нетрудоспособностью работника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