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</w:p>
    <w:p>
      <w:pPr>
        <w:spacing w:before="0" w:after="20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трудового договора в связи с неудовлетворительным результатом испытания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вам установлен испытательный срок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месяца. С учётом периодов, не засчитываемых в срок испытания по части седьмой статьи 70 Трудового кодекса Российской Федерации, испытание оканчивается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испытания]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результатам испытания вы признаны не выдержавшим испытание. Основанием является заключение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 результатах испытания. Причины, послужившие основанием для такого вывода: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вам было поручено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[содержание задания]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сроком исполнения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установленный срок задание не выполнено, что подтверждается служебной запиской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автора]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второго факта ненадлежащего исполнения обязанностей по должностной инструкции, с указанием её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дата,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первой статьи 71 Трудового кодекса Российской Федерации уведомляем вас, что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будет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связи с неудовлетворительным результатом испытания.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день увольнения с вами будет произведён окончательный расчёт, включая компенсацию за неиспользованный отпуск; выходное пособие не выплачивается (часть вторая статьи 71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 вправе обжаловать это решение в суде.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не позднее чем за три календарных дня до увольнения, увольнение назначайте в пределах испытания. При отказе от подписи составьте акт.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заключения о результатах испытания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 копии документов, указанных в пунктах 1 и 2,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88"/>
        <w:gridCol w:w="3012"/>
        <w:gridCol w:w="2854"/>
      </w:tblGrid>
      <w:tr>
        <w:trPr>
          <w:cantSplit/>
        </w:trPr>
        <w:tc>
          <w:tcPr>
            <w:tcW w:type="dxa" w:w="34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 руководителя</w:t>
            </w:r>
          </w:p>
        </w:tc>
        <w:tc>
          <w:tcPr>
            <w:tcW w:type="dxa" w:w="30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8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34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[Генеральный директор]</w:t>
            </w:r>
          </w:p>
        </w:tc>
        <w:tc>
          <w:tcPr>
            <w:tcW w:type="dxa" w:w="30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28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руководителя]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Уведомление получил(а):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работнику о неудовлетворительном результате испытания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