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временном переводе работника на дистанционную работу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второй статьи 312.1 и статьёй 72 Трудового кодекса Российской Федерации, на основании заявления работника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дополнительного соглашения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Временно перевести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дистанционную работу непрерывно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окончания, не более шести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Сохранить за работником трудовую функцию по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условия оплаты труда, установленные трудовым договором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работнику на период дистанционной работы режим рабочего времени: пятидневная рабочая неделя с выходными в субботу и воскресенье, рабочее время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перерыв для отдыха и питания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течение рабочего времени работник находится на связи.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способы взаимодействия с работником: корпоративная электронная почта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корпоративного мессенджера или системы]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Работник отвечает на запросы работодателя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в пределах рабочего времени и направляет отчёт о выполненной работе непосредственному руководителю еженедельно,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[день недели]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использует для выполнения трудовой функции собственный персональный компьютер с согласия работодателя. Бухгалтерии ежемесячно выплачивать работнику компенсацию за использование оборудования и возмещение расходов на интернет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 вместе с заработной платой (часть вторая статьи 312.6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Руководителю ИТ-службы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обеспечить работнику защищённый удалённый доступ к информационным системам, необходимым для работы.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Работодатель вправе вызвать работника на стационарное рабочее место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офиса]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предупредив его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дня по корпоративной электронной почте.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Работнику приступить к работе на стационарном рабочем месте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офиса]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днём окончания дистанционной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ознакомить работника с настоящим приказом и с инструкцией по охране труда при работе с персональным компьютером под подпись в течение трёх рабочих дней со дня издания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Контроль за исполнением приказа возложить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 дополнительное соглашение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Сначала подпишите с работником дополнительное соглашение с теми же условиями, затем издайте приказ. Непрерывная временная дистанционная работа не может длиться больше шести месяцев.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88"/>
        <w:gridCol w:w="3012"/>
        <w:gridCol w:w="2854"/>
      </w:tblGrid>
      <w:tr>
        <w:trPr>
          <w:cantSplit/>
        </w:trPr>
        <w:tc>
          <w:tcPr>
            <w:tcW w:type="dxa" w:w="34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 руководителя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</w:tr>
      <w:tr>
        <w:trPr>
          <w:cantSplit/>
        </w:trPr>
        <w:tc>
          <w:tcPr>
            <w:tcW w:type="dxa" w:w="34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[Генеральный директор]</w:t>
            </w:r>
          </w:p>
        </w:tc>
        <w:tc>
          <w:tcPr>
            <w:tcW w:type="dxa" w:w="30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28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руководителя]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 приказом ознакомлен(а):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переводе работника на дистанционную работу по его заявлению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