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инспекции, например: Межрайонной ИФНС России № 5 по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начальника инспекции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нахождения или места жительства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Пояснения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в ответ на требование о представлении пояснений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 требования]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 требования]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ФИО 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налогоплательщик) получил требование о представлении пояснений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направленное в рамках камеральной налоговой проверки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декларации (расчёта), например: налоговой декларации по налогу, уплачиваемому в связи с применением упрощённой системы налогообложения]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[налоговый (отчётный)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представленной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представления декларации]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номер корректировки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корректировки]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пунктов 3 и 4 статьи 88 Налогового кодекса Российской Федерации налогоплательщик представляет следующие пояснения.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92"/>
        <w:gridCol w:w="2240"/>
        <w:gridCol w:w="2240"/>
        <w:gridCol w:w="2240"/>
        <w:gridCol w:w="2240"/>
      </w:tblGrid>
      <w:tr>
        <w:trPr>
          <w:cantSplit/>
        </w:trPr>
        <w:tc>
          <w:tcPr>
            <w:tcW w:type="dxa" w:w="3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 (строка декларации)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Вопрос из требования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Пояснение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Подтверждающие документы</w:t>
            </w:r>
          </w:p>
        </w:tc>
      </w:tr>
      <w:tr>
        <w:trPr>
          <w:cantSplit/>
        </w:trPr>
        <w:tc>
          <w:tcPr>
            <w:tcW w:type="dxa" w:w="3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 строки или наименование показателя]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[кратко суть ошибки или противоречия, указанная в требовании]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[объяснение: почему показатель отражён именно так, со ссылкой на норму НК РФ]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[выписка из регистра, договор, счёт-фактура, платёжный документ]</w:t>
            </w:r>
          </w:p>
        </w:tc>
      </w:tr>
      <w:tr>
        <w:trPr>
          <w:cantSplit/>
        </w:trPr>
        <w:tc>
          <w:tcPr>
            <w:tcW w:type="dxa" w:w="3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 строки или наименование показателя]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[суть вопроса]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[объяснение]</w:t>
            </w:r>
          </w:p>
        </w:tc>
        <w:tc>
          <w:tcPr>
            <w:tcW w:type="dxa" w:w="224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[документы]</w:t>
            </w:r>
          </w:p>
        </w:tc>
      </w:tr>
      <w:tr>
        <w:trPr>
          <w:cantSplit/>
        </w:trPr>
        <w:tc>
          <w:tcPr>
            <w:tcW w:type="dxa" w:w="3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22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 строки или наименование показателя]</w:t>
            </w:r>
          </w:p>
        </w:tc>
        <w:tc>
          <w:tcPr>
            <w:tcW w:type="dxa" w:w="22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[суть вопроса]</w:t>
            </w:r>
          </w:p>
        </w:tc>
        <w:tc>
          <w:tcPr>
            <w:tcW w:type="dxa" w:w="22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[объяснение]</w:t>
            </w:r>
          </w:p>
        </w:tc>
        <w:tc>
          <w:tcPr>
            <w:tcW w:type="dxa" w:w="224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[документы]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Показатели декларации отражены на основании данных бухгалтерского и налогового учёта и соответствуют первичным документам. Ошибок, приводящих к занижению суммы налога к уплате, налогоплательщиком не выявлено, поэтому уточнённая налоговая декларация не представляется.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Дополнительные пояснения по вопросам проверки может дать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контактного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ответа: 5 рабочих дней со дня получения требования (п. 3 ст. 88, п. 6 ст. 6.1 НК РФ). Пояснения по НДС направляйте только в электронной форме по ТКС по формату ФНС: на бумаге они считаются непредставленными.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регистра налогового или бухгалтерского учёта]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[наименование, дата и номер документа, например: договора поставки от 10.03.2026 № 15]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(если ответ подписывает представитель).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 или «Индивидуальный предприниматель»]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требование налоговой о представлении пояснений (п. 3 ст. 88 НК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