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КНД 1154004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организации или 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КПП: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 организации; ИП не заполняет]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Представляется в налоговый орган (код):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[четырёхзначный код инспекции]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Уведомление (сообщение)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по упрощённой системе налогообложения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Налогоплательщик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организации или фамилия, имя, отчество индивидуального предпринимателя полностью]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Номер контактного телефона: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 представления: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код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1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уведомление о переходе на упрощённую систему налогообложения.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Уведомление составлено на 2 страницах.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Достоверность и полноту сведений подтверждаю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Заполняется работником налогового органа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Код </w:t>
            </w:r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1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— налогоплательщик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 руководителя организации или ИП полностью]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Подпись ___________ Дата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Сведения о представлении уведомления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Код способа представления 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 ______ страницах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 приложением на ______ листах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представления «___» ___________ 20___ г.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Зарегистрировано за № ___________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организации или 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КПП: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 организации; ИП не заполняет]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Стр. 002</w:t>
      </w:r>
    </w:p>
    <w:p>
      <w:pPr>
        <w:spacing w:before="0" w:after="20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Раздел 1. Переход на упрощённую систему налогообложения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1.1. Основание перехода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Переходит на упрощённую систему налогообложения: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код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1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с 1 января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 перехода, например: 2027]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Размер доходов за девять месяцев года подачи уведомления: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Балансовая стоимость основных средств по состоянию на 1 октября года подачи уведомления: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1.2. Объект налогообложения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 качестве объекта налогообложения выбраны: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код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1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доходы.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Код 1 в подразделе 1.1 означает переход с другого режима с 1 января следующего года; подать уведомление нужно не позднее 31 декабря. Индивидуальный предприниматель строки о доходах и стоимости основных средств не заполняет; организация при отсутствии доходов или основных средств указывает «0».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Подпись ___________ Дата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упрощённую систему налогообложения (КНД 1154004)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