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 КНД 1150057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 заявителя]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КПП: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[КПП организации; ИП не заполняет]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Представляется в: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 налогового органа по месту учёта]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организации или фамилия, имя, отчество индивидуального предпринимателя]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контактного телефона]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распоряжении путём зачёта суммой денежных средств, формирующих положительное сальдо единого налогового счёта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статьи 78 Налогового кодекса Российской Федерации прошу провести зачёт суммы денежных средств, формирующих положительное сальдо моего единого налогового счёта,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в счёт исполнения предстоящей обязанности по уплате конкретного налога (сбора, страхового взноса)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размере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руб.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[копейки]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коп.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следующим реквизитам: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861"/>
        <w:gridCol w:w="4923"/>
        <w:gridCol w:w="861"/>
        <w:gridCol w:w="1354"/>
        <w:gridCol w:w="1354"/>
      </w:tblGrid>
      <w:tr>
        <w:trPr>
          <w:cantSplit/>
        </w:trPr>
        <w:tc>
          <w:tcPr>
            <w:tcW w:type="dxa" w:w="86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492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КБК</w:t>
            </w:r>
          </w:p>
        </w:tc>
        <w:tc>
          <w:tcPr>
            <w:tcW w:type="dxa" w:w="86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ОКТМО</w:t>
            </w:r>
          </w:p>
        </w:tc>
        <w:tc>
          <w:tcPr>
            <w:tcW w:type="dxa" w:w="13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Срок уплаты</w:t>
            </w:r>
          </w:p>
        </w:tc>
        <w:tc>
          <w:tcPr>
            <w:tcW w:type="dxa" w:w="13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Сумма, руб.</w:t>
            </w:r>
          </w:p>
        </w:tc>
      </w:tr>
      <w:tr>
        <w:trPr>
          <w:cantSplit/>
        </w:trPr>
        <w:tc>
          <w:tcPr>
            <w:tcW w:type="dxa" w:w="86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492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[20-значный КБК, например: 18210202000011000160 — страховые взносы ИП в фиксированном размере]</w:t>
            </w:r>
          </w:p>
        </w:tc>
        <w:tc>
          <w:tcPr>
            <w:tcW w:type="dxa" w:w="86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[ОКТМО]</w:t>
            </w:r>
          </w:p>
        </w:tc>
        <w:tc>
          <w:tcPr>
            <w:tcW w:type="dxa" w:w="135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135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Общая сумма зачёта: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руб.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[копейки]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коп.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Заявление подаётся только в электронной форме: по ТКС с усиленной квалифицированной электронной подписью или через личный кабинет налогоплательщика (п. 4 ст. 78 НК РФ). Перенесите данные из этого образца в форму КНД 1150057 в личном кабинете или в программе сдачи отчётности. Срок уплаты должен быть ещё не наступившим.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9355"/>
      </w:tblGrid>
      <w:tr>
        <w:trPr>
          <w:cantSplit/>
        </w:trPr>
        <w:tc>
          <w:tcPr>
            <w:tcW w:type="dxa" w:w="935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Достоверность и полноту сведений подтверждаю</w:t>
            </w:r>
          </w:p>
        </w:tc>
      </w:tr>
      <w:tr>
        <w:trPr>
          <w:cantSplit/>
        </w:trPr>
        <w:tc>
          <w:tcPr>
            <w:tcW w:type="dxa" w:w="935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1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— налогоплательщик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[фамилия, имя, отчество руководителя организации или ИП полностью]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Подпись ___________ Дата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</w:t>
            </w:r>
          </w:p>
        </w:tc>
      </w:tr>
    </w:tbl>
    <w:p>
      <w:pPr>
        <w:spacing w:before="0" w:after="80" w:line="276" w:lineRule="auto"/>
        <w:jc w:val="both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9355"/>
      </w:tblGrid>
      <w:tr>
        <w:trPr>
          <w:cantSplit/>
        </w:trPr>
        <w:tc>
          <w:tcPr>
            <w:tcW w:type="dxa" w:w="935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Сведения о представителе (заполняются, если заявление подписывает представитель)</w:t>
            </w:r>
          </w:p>
        </w:tc>
      </w:tr>
      <w:tr>
        <w:trPr>
          <w:cantSplit/>
        </w:trPr>
        <w:tc>
          <w:tcPr>
            <w:tcW w:type="dxa" w:w="935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[фамилия, имя, отчество представителя или наименование организации-представителя]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Документ, подтверждающий полномочия: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[наименование, дата и номер доверенности]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распоряжении путём зачёта суммой положительного сальдо ЕНС (КНД 1150057)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