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налоговой инспекции, например: Межрайонная ИФНС России № 5 по Ивановской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Код налогового органа: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[четыре цифры]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Имя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ИНН: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[12 цифр]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Телефон: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 кодом города, без пробелов и скобок]</w:t>
      </w:r>
    </w:p>
    <w:p>
      <w:pPr>
        <w:spacing w:before="0" w:after="200" w:line="276" w:lineRule="auto"/>
        <w:jc w:val="both"/>
      </w:pP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Форма по КНД 1150063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налоговой льготы по транспортному налогу, земельному налогу, налогу на имущество физических лиц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налогоплательщике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контактного телефона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Способ информирования о результатах рассмотрения заявления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 — в налоговом органе, через который подано заявление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Достоверность и полноту сведений подтверждает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 — налогоплательщик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Транспортный налог (раздел 4 формы)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предоставить налоговую льготу по транспортному налогу в отношении транспортного средства: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4.1. Вид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01 — автомобиль легковой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4.2. Марка (модель)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 и модель, например: LADA VESTA]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4.3. 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[госномер, например: А123ВС37]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4.4. Срок предоставления льготы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1 — бессрочно,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возникновения права]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4.5.1. Документ, подтверждающий право на льготу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Удостоверение ветерана боевых действий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4.5.2. Кем выдан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органа, выдавшего удостоверение]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4.5.3. Дата выдачи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4.5.4. Период действия документа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 — бессрочно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4.5.5. Серия и номер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 удостоверения]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Земельный налог (раздел 5 формы)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предоставить налоговую льготу по земельному налогу (налоговый вычет в размере кадастровой стоимости 600 кв. м площади, п. 5 ст. 391 НК РФ) в отношении земельного участка: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5.1. Кадастровый номер земельного участка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номер, например: 37:24:010101:123]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5.2. Срок предоставления льготы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1 — бессрочно,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возникновения права]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5.3. Документ, подтверждающий право на льготу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Удостоверение ветерана боевых действий серии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действует бессрочно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Налог на имущество физических лиц (раздел 6 формы)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предоставить налоговую льготу по налогу на имущество физических лиц в отношении объекта недвижимости: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6.1. Вид объекта недвижимого имущества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 — квартира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6.2. Номер объекта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1 — кадастровый номер: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квартиры]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6.3. Срок предоставления льготы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1 — бессрочно,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возникновения права]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6.4. Документ, подтверждающий право на льготу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Удостоверение ветерана боевых действий серии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выдано]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выдачи]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действует бессрочно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Основание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на льготы предусмотрено подпунктом 1 пункта 2.1 статьи 361.1, подпунктом 4 пункта 5 статьи 391 и подпунктом 4 пункта 1 статьи 407 Налогового кодекса Российской Федерации. Указанные объекты не используются мной в предпринимательской деятельности. Прошу направить уведомление о предоставлении налоговой льготы способом, указанным в разделе 1 заявления.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удостоверения ветерана боевых действий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регистрации транспортного средства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Заявление составлено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страницах с приложением подтверждающих документов (копий)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листах.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до 31 декабря, чтобы льгота попала в налоговое уведомление за этот год. Если у вас несколько квартир, участков или машин, отдельно подайте уведомление о выбранных объектах: иначе льготу применят к объекту с наибольшим налогом.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Этот образец повторяет поля официальной формы КНД 1150063. Перенесите данные на бланк этой формы или в форму «Заявление о льготе» в личном кабинете налогоплательщика на nalog.gov.ru.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о предоставлении льготы по транспортному, земельному налогу и налогу на имущество (КНД 1150063)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