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регистрирующего налогового органа по месту жительства, например: Межрайонная ИФНС России № 5 по Ивановской области]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индивидуального предпринимателя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Имя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ОГРНИП: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[15 цифр]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ИНН: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[12 цифр]</w:t>
      </w:r>
    </w:p>
    <w:p>
      <w:pPr>
        <w:spacing w:before="0" w:after="200" w:line="276" w:lineRule="auto"/>
        <w:jc w:val="both"/>
      </w:pP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Форма № Р26001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государственной регистрации прекращения физическим лицом деятельности в качестве индивидуального предпринимателя в связи с принятием им решения о прекращении данной деятельности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Сведения о физическом лице, зарегистрированном в качестве индивидуального предпринимателя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ОГРНИП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[основной государственный регистрационный номер ИП из листа записи ЕГРИП]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ИНН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Фамилия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[фамилия, как в ЕГРИП]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Имя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[имя, как в ЕГРИП]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Отчество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[отчество, как в ЕГРИП]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Решение заявителя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внести в Единый государственный реестр индивидуальных предпринимателей запись о прекращении мной деятельности в качестве индивидуального предпринимателя в связи с принятием мной решения о прекращении данной деятельности (пункт 1 статьи 22.3 Федерального закона от 08.08.2001 № 129-ФЗ «О государственной регистрации юридических лиц и индивидуальных предпринимателей»).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Получение документов и контактные данные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электронной почты для направления документа о государственной регистрации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Документ, подтверждающий внесение записи в ЕГРИП, на бумажном носителе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 — выдать заявителю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контактного телефона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телефона, например: +79001234567]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Подтверждение заявителя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Подтверждаю, что сведения, содержащиеся в настоящем заявлении, достоверны. Мне известно, что за представление недостоверных сведений заявитель несёт ответственность, установленную законодательством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Фамилия, имя, отчество заявителя (заполняется собственноручно в присутствии должностного лица регистрирующего органа, МФЦ или нотариуса):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Имя Отчество полностью]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подписания]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Приложение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 в размере 160 рублей (при подаче на бумажном носителе).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Не подписывайте заявление заранее: подпись ставится при сотруднике инспекции или МФЦ, если вы подаёте лично с паспортом, или у нотариуса, если документы отправляются почтой или через представителя. При электронной подаче с усиленной квалифицированной подписью пошлину платить не нужно.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Этот образец повторяет поля официальной формы Р26001. Перенесите данные на бланк с сайта ФНС или в сервис «Государственная онлайн-регистрация бизнеса»: заявление в произвольном виде инспекция не примет.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прекращения деятельности ИП (форма Р26001)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