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налоговой инспекции по месту жительства ИП]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Код налогового органа: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[четыре цифры]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индивидуального предпринимателя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 Имя Отчество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ИНН: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[12 цифр]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Телефон: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 кодом города, без пробелов и скобок]</w:t>
      </w:r>
    </w:p>
    <w:p>
      <w:pPr>
        <w:spacing w:before="0" w:after="200" w:line="276" w:lineRule="auto"/>
        <w:jc w:val="both"/>
      </w:pP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Форма по КНД 1154004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Уведомление (сообщение)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по упрощённой системе налогообложения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Титульный лист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Показатель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ИНН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Представляется в налоговый орган (код)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[код инспекции]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Фамилия, имя, отчество индивидуального предпринимателя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 Имя Отчество]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Номер контактного телефона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телефона, например: 84932123456]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Основание представления уведомления (сообщения)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3 — Уведомление о переходе на иной режим налогообложения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Уведомление составлено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на 2 страницах с приложением подтверждающих документов или их копий на 0 листах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Достоверность и полноту сведений подтверждает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 — налогоплательщик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Страница 002. Раздел 3. Уведомление о переходе на иной режим налогообложения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соответствии с пунктом 6 статьи 346.13 главы 26.2 Налогового кодекса Российской Федерации уведомляет о переходе на иной режим налогообложения с 1 января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[год перехода, например: 2027]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Подпись налогоплательщика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Достоверность и полноту сведений, указанных в настоящем уведомлении, подтверждаю.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подписания]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Подайте уведомление не позднее 15 января года перехода и сохраните отметку о приёме или квитанцию. Данные перенесите на бланк КНД 1154004 или отправьте через личный кабинет ИП на nalog.gov.ru.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переходе с УСН на иной режим налогообложения (КНД 1154004, бывшая форма 26.2-3)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