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Генеральному директору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работодателя]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структурное подразделение]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табельный номер: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работника]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предоставлении социального налогового вычета по НДФЛ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пункта 2 статьи 219 Налогового кодекса Российской Федерации прошу предоставить мне социальный налоговый вычет по налогу на доходы физических лиц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рублей, начиная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и до полного использования указанной суммы.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Расходы, по которым заявлен вычет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144"/>
        <w:gridCol w:w="2043"/>
        <w:gridCol w:w="3144"/>
        <w:gridCol w:w="1021"/>
      </w:tblGrid>
      <w:tr>
        <w:trPr>
          <w:cantSplit/>
        </w:trPr>
        <w:tc>
          <w:tcPr>
            <w:tcW w:type="dxa" w:w="314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Вид расходов</w:t>
            </w:r>
          </w:p>
        </w:tc>
        <w:tc>
          <w:tcPr>
            <w:tcW w:type="dxa" w:w="204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Основание</w:t>
            </w:r>
          </w:p>
        </w:tc>
        <w:tc>
          <w:tcPr>
            <w:tcW w:type="dxa" w:w="314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Документы об оплате</w:t>
            </w:r>
          </w:p>
        </w:tc>
        <w:tc>
          <w:tcPr>
            <w:tcW w:type="dxa" w:w="102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314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Оплата медицинских услуг, пациент: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пациента]</w:t>
            </w:r>
          </w:p>
        </w:tc>
        <w:tc>
          <w:tcPr>
            <w:tcW w:type="dxa" w:w="204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подп. 3 п. 1 ст. 219 НК РФ</w:t>
            </w:r>
          </w:p>
        </w:tc>
        <w:tc>
          <w:tcPr>
            <w:tcW w:type="dxa" w:w="314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справка об оплате медицинских услуг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102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314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Оплата обучения ребёнка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ребёнка]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по очной форме</w:t>
            </w:r>
          </w:p>
        </w:tc>
        <w:tc>
          <w:tcPr>
            <w:tcW w:type="dxa" w:w="204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подп. 2 п. 1 ст. 219 НК РФ</w:t>
            </w:r>
          </w:p>
        </w:tc>
        <w:tc>
          <w:tcPr>
            <w:tcW w:type="dxa" w:w="314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договор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, справка об оплате образовательных услуг</w:t>
            </w:r>
          </w:p>
        </w:tc>
        <w:tc>
          <w:tcPr>
            <w:tcW w:type="dxa" w:w="102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314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2044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3145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02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[общая 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Заявление о подтверждении права на получение социальных налоговых вычетов подано мной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налогового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Подтверждение права налоговый орган направляет непосредственно работодателю в соответствии с пунктом 2 статьи 219 НК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после получения подтверждения налог будет удержан без учёта вычета, прошу вернуть излишне удержанную сумму НДФЛ в порядке статьи 231 НК РФ путём перечисления на мой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счёта, 20 цифр]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Приложение: копия уведомления налогового органа о подтверждении права на социальные налоговые вычеты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Вычет у работодателя дают только по расходам текущего года и после подтверждения права инспекцией (проверка 30 дней). Подайте заявление в двух экземплярах, на своём получите отметку о принятии.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Заявление принял: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сотрудника]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___________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работодателю о предоставлении социального налогового вычета на лечение и обучение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