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инспекции, например: Межрайонная ИФНС России № 7 по Ивановской области]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[ДД.ММ.ГГГГ]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выбранных объектах налогообложения, в отношении которых предоставляется налоговая льгота по налогу на имущество физических лиц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соответствии с пунктами 3 и 7 статьи 407 Налогового кодекса Российской Федерации уведомляю о выбранных мной объектах налогообложения, в отношении которых прошу предоставлять налоговую льготу по налогу на имущество физических лиц, начиная с налогового периода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Выбранные объекты налогообложения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04"/>
        <w:gridCol w:w="1106"/>
        <w:gridCol w:w="1911"/>
        <w:gridCol w:w="1609"/>
        <w:gridCol w:w="4023"/>
      </w:tblGrid>
      <w:tr>
        <w:trPr>
          <w:cantSplit/>
        </w:trPr>
        <w:tc>
          <w:tcPr>
            <w:tcW w:type="dxa" w:w="7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11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Вид объекта</w:t>
            </w:r>
          </w:p>
        </w:tc>
        <w:tc>
          <w:tcPr>
            <w:tcW w:type="dxa" w:w="19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Кадастровый номер</w:t>
            </w:r>
          </w:p>
        </w:tc>
        <w:tc>
          <w:tcPr>
            <w:tcW w:type="dxa" w:w="160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Адрес объекта</w:t>
            </w:r>
          </w:p>
        </w:tc>
        <w:tc>
          <w:tcPr>
            <w:tcW w:type="dxa" w:w="40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Основание льготы</w:t>
            </w:r>
          </w:p>
        </w:tc>
      </w:tr>
      <w:tr>
        <w:trPr>
          <w:cantSplit/>
        </w:trPr>
        <w:tc>
          <w:tcPr>
            <w:tcW w:type="dxa" w:w="70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110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Квартира</w:t>
            </w:r>
          </w:p>
        </w:tc>
        <w:tc>
          <w:tcPr>
            <w:tcW w:type="dxa" w:w="191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номер]</w:t>
            </w:r>
          </w:p>
        </w:tc>
        <w:tc>
          <w:tcPr>
            <w:tcW w:type="dxa" w:w="160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квартиры]</w:t>
            </w:r>
          </w:p>
        </w:tc>
        <w:tc>
          <w:tcPr>
            <w:tcW w:type="dxa" w:w="402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пенсионер, подп. 10 п. 1 ст. 407 НК РФ]</w:t>
            </w:r>
          </w:p>
        </w:tc>
      </w:tr>
      <w:tr>
        <w:trPr>
          <w:cantSplit/>
        </w:trPr>
        <w:tc>
          <w:tcPr>
            <w:tcW w:type="dxa" w:w="70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110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Гараж</w:t>
            </w:r>
          </w:p>
        </w:tc>
        <w:tc>
          <w:tcPr>
            <w:tcW w:type="dxa" w:w="191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номер]</w:t>
            </w:r>
          </w:p>
        </w:tc>
        <w:tc>
          <w:tcPr>
            <w:tcW w:type="dxa" w:w="160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гаража]</w:t>
            </w:r>
          </w:p>
        </w:tc>
        <w:tc>
          <w:tcPr>
            <w:tcW w:type="dxa" w:w="402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[например: пенсионер, подп. 10 п. 1 ст. 407 НК РФ]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Указанные объекты не используются мной в предпринимательской деятельности. Право на налоговую льготу: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 и подтверждение, например: получатель страховой пенсии по старости с 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пенсионное удостоверение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Результат рассмотрения уведомления прошу направить в мой личный кабинет налогоплательщика, а при отсутствии доступа к нему направить по почте по адресу места жительства, указанному в настоящем уведомлении.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подачи: не позднее 31 декабря года, с которого применяется льгота (п. 7 ст. 407 НК РФ). Без уведомления льготу применят к объекту каждого вида с максимальной суммой налога. Объект указывается только по тому виду, по которому у вас больше одного объекта (например, две квартиры).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Достоверность и полноту сведений, указанных в настоящем уведомлении, подтверждаю.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налогоплательщика]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налоговую о выбранных объектах для льготы по налогу на имущество физических лиц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