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Общему собранию участников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Общества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»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Общества]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генерального директора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для корреспонденции]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[телефон]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об увольнении по собственному желанию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соответствии со статьёй 280 Трудового кодекса Российской Федерации предупреждаю о досрочном расторжении по моей инициативе трудового договора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заключённого между мной и ООО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», и прошу уволить меня с должности генерального директора по собственному желанию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увольнения]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связи с этим прошу общее собрание участников Общества: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Принять решение о досрочном прекращении моих полномочий генерального директора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увольнения]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и об избрании нового генерального директора.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Определить лицо, которому я передам по акту документы, печать, средства доступа к банковским счетам и иное имущество Общества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увольнения]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последний день работы выдать мне трудовую книжку (сведения о трудовой деятельности) и произвести окончательный расчёт (статьи 84.1 и 140 Трудового кодекса Российской Федерации).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Для рассмотрения этих вопросов я как единоличный исполнительный орган созываю внеочередное общее собрание участников; уведомление о нём направляется одновременно с настоящим заявлением.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Если решение не будет принято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увольнения]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по истечении срока предупреждения я прекращу исполнение обязанностей и направлю в регистрирующий орган заявление о недостоверности сведений обо мне в ЕГРЮЛ по форме Р34001.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Направьте заявление каждому участнику ценным письмом с описью или вручите под подпись. Месяц отсчитывается со дня, следующего за днём получения заявления.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Приложение: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трудового договора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уведомления о проведении внеочередного общего собрания участников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генерального директора ООО об увольнении по собственному желанию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