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Участнику ООО «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»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или наименование участника]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из списка участников Общества]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Общества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»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Общества]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Уведомление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проведении внеочередного заседания общего собрания участников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Общество с ограниченной ответственностью «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» (далее — Общество) в лице генерального директора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соответствии со статьями 35 и 36 Федерального закона от 08.02.1998 № 14-ФЗ «Об обществах с ограниченной ответственностью» уведомляет вас о проведении внеочередного заседания общего собрания участников Общества.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Параметр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Сведения о заседании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Инициатор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Генеральный директор Общества, решение от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Способ принятия решений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Заседание (совместное присутствие участников), голосование открытое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Дата и время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[дата]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г.,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[время]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(время местное)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Место проведения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[полный адрес, этаж, номер помещения]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Регистрация участников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С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[время]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до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[время]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по месту проведения заседания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Подтверждение решений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Нотариальное удостоверение нотариусом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[фамилия, имя, отчество нотариуса]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нотариального округа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[наименование округа]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Повестка дня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 избрании председательствующего на заседании.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 досрочном прекращении полномочий генерального директора Общества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 избрании генерального директора Общества.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Об определении лица, уполномоченного подписать от имени Общества трудовой договор с генеральным директором.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Информация и материалы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 информацией и материалами по вопросам повестки дня можно ознакомиться в течение 30 дней до даты заседания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исполнительного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 рабочие дни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По вашему требованию Общество предоставит копии этих документов.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 настоящему уведомлению прилагаются: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сведения о кандидате (кандидатах) на должность генерального директора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проект трудового договора с генеральным директором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Порядок участия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Для регистрации при себе необходимо иметь паспорт. Представитель участника предъявляет паспорт и доверенность, оформленную в соответствии с пунктами 3 и 4 статьи 185.1 Гражданского кодекса Российской Федерации или удостоверенную нотариально.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Вы вправе внести предложения о включении в повестку дня дополнительных вопросов не позднее чем за 15 дней до даты заседания, направив их в письменной форме по адресу Общества: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Общества]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Справки по телефону: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Уведомление направляется каждому участнику регистрируемым почтовым отправлением (заказным или ценным письмом с описью) не позднее чем за 30 дней до даты заседания, если устав не предусматривает иной способ или более короткий срок.</w:t>
      </w:r>
    </w:p>
    <w:p>
      <w:pPr>
        <w:keepNext/>
        <w:spacing w:before="120" w:after="120" w:line="276" w:lineRule="auto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Генеральный директор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участника о проведении внеочередного заседания общего собрания участников ООО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