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Обществу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юридического лица по ЕГРЮЛ]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Генеральному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генерального директора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участника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участника общества, размер доли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доли, например: 30 %]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уставного капитала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для корреспонденции]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Требование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документов общества участнику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участника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являюсь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(далее — Общество) и владею долей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уставного капитала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[номинальная стоимость доли]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что подтверждается выпиской из Единого государственного реестра юридических лиц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абзацем третьим пункта 1 статьи 8 и статьей 50 Федерального закона от 08.02.1998 № 14-ФЗ «Об обществах с ограниченной ответственностью», пунктом 1 статьи 67 Гражданского кодекса Российской Федерации участник общества вправе получать информацию о деятельности общества, знакомиться с документами бухгалтерского учёта и иной документацией, а также получать копии документов общества.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этом основании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пяти рабочих дней со дня получения настоящего требования предоставить мне для ознакомления и изготовить копии следующих документов Общества: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977"/>
        <w:gridCol w:w="5585"/>
        <w:gridCol w:w="2792"/>
      </w:tblGrid>
      <w:tr>
        <w:trPr>
          <w:cantSplit/>
        </w:trPr>
        <w:tc>
          <w:tcPr>
            <w:tcW w:type="dxa" w:w="9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55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Документ</w:t>
            </w:r>
          </w:p>
        </w:tc>
        <w:tc>
          <w:tcPr>
            <w:tcW w:type="dxa" w:w="27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Период</w:t>
            </w:r>
          </w:p>
        </w:tc>
      </w:tr>
      <w:tr>
        <w:trPr>
          <w:cantSplit/>
        </w:trPr>
        <w:tc>
          <w:tcPr>
            <w:tcW w:type="dxa" w:w="9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55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Устав Общества со всеми зарегистрированными изменениями, решение (договор) об учреждении Общества</w:t>
            </w:r>
          </w:p>
        </w:tc>
        <w:tc>
          <w:tcPr>
            <w:tcW w:type="dxa" w:w="27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все редакции</w:t>
            </w:r>
          </w:p>
        </w:tc>
      </w:tr>
      <w:tr>
        <w:trPr>
          <w:cantSplit/>
        </w:trPr>
        <w:tc>
          <w:tcPr>
            <w:tcW w:type="dxa" w:w="9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55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Протоколы общих собраний участников Общества и решения органов управления Общества</w:t>
            </w:r>
          </w:p>
        </w:tc>
        <w:tc>
          <w:tcPr>
            <w:tcW w:type="dxa" w:w="27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9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55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Годовая бухгалтерская (финансовая) отчётность: бухгалтерский баланс, отчёт о финансовых результатах с приложениями, с квитанцией о её представлении в налоговый орган</w:t>
            </w:r>
          </w:p>
        </w:tc>
        <w:tc>
          <w:tcPr>
            <w:tcW w:type="dxa" w:w="27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за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[годы]</w:t>
            </w:r>
          </w:p>
        </w:tc>
      </w:tr>
      <w:tr>
        <w:trPr>
          <w:cantSplit/>
        </w:trPr>
        <w:tc>
          <w:tcPr>
            <w:tcW w:type="dxa" w:w="9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55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Оборотно-сальдовые ведомости по всем счетам бухгалтерского учёта, в том числе по счетам 01, 41, 50, 51, 60, 62, 66, 67, 76</w:t>
            </w:r>
          </w:p>
        </w:tc>
        <w:tc>
          <w:tcPr>
            <w:tcW w:type="dxa" w:w="27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за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[период]</w:t>
            </w:r>
          </w:p>
        </w:tc>
      </w:tr>
      <w:tr>
        <w:trPr>
          <w:cantSplit/>
        </w:trPr>
        <w:tc>
          <w:tcPr>
            <w:tcW w:type="dxa" w:w="9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</w:t>
            </w:r>
          </w:p>
        </w:tc>
        <w:tc>
          <w:tcPr>
            <w:tcW w:type="dxa" w:w="55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Договоры (односторонние сделки), являющиеся крупными сделками и (или) сделками, в совершении которых имеется заинтересованность, и решения об их одобрении</w:t>
            </w:r>
          </w:p>
        </w:tc>
        <w:tc>
          <w:tcPr>
            <w:tcW w:type="dxa" w:w="27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9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6</w:t>
            </w:r>
          </w:p>
        </w:tc>
        <w:tc>
          <w:tcPr>
            <w:tcW w:type="dxa" w:w="55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Договоры займа, поручительства и залога, заключённые Обществом</w:t>
            </w:r>
          </w:p>
        </w:tc>
        <w:tc>
          <w:tcPr>
            <w:tcW w:type="dxa" w:w="27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9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7</w:t>
            </w:r>
          </w:p>
        </w:tc>
        <w:tc>
          <w:tcPr>
            <w:tcW w:type="dxa" w:w="55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Заключения аудиторской организации и ревизора (ревизионной комиссии) Общества, если они составлялись</w:t>
            </w:r>
          </w:p>
        </w:tc>
        <w:tc>
          <w:tcPr>
            <w:tcW w:type="dxa" w:w="27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за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[годы]</w:t>
            </w:r>
          </w:p>
        </w:tc>
      </w:tr>
      <w:tr>
        <w:trPr>
          <w:cantSplit/>
        </w:trPr>
        <w:tc>
          <w:tcPr>
            <w:tcW w:type="dxa" w:w="9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8</w:t>
            </w:r>
          </w:p>
        </w:tc>
        <w:tc>
          <w:tcPr>
            <w:tcW w:type="dxa" w:w="55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Внутренние документы Общества, в том числе учётная политика</w:t>
            </w:r>
          </w:p>
        </w:tc>
        <w:tc>
          <w:tcPr>
            <w:tcW w:type="dxa" w:w="27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действующие редакции</w:t>
            </w:r>
          </w:p>
        </w:tc>
      </w:tr>
      <w:tr>
        <w:trPr>
          <w:cantSplit/>
        </w:trPr>
        <w:tc>
          <w:tcPr>
            <w:tcW w:type="dxa" w:w="9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9</w:t>
            </w:r>
          </w:p>
        </w:tc>
        <w:tc>
          <w:tcPr>
            <w:tcW w:type="dxa" w:w="55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Трудовой договор с генеральным директором и документы о его вознаграждении</w:t>
            </w:r>
          </w:p>
        </w:tc>
        <w:tc>
          <w:tcPr>
            <w:tcW w:type="dxa" w:w="27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действующие редакции</w:t>
            </w:r>
          </w:p>
        </w:tc>
      </w:tr>
      <w:tr>
        <w:trPr>
          <w:cantSplit/>
        </w:trPr>
        <w:tc>
          <w:tcPr>
            <w:tcW w:type="dxa" w:w="9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10</w:t>
            </w:r>
          </w:p>
        </w:tc>
        <w:tc>
          <w:tcPr>
            <w:tcW w:type="dxa" w:w="55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Судебные акты по спорам, связанным с созданием Общества, управлением им или участием в нём</w:t>
            </w:r>
          </w:p>
        </w:tc>
        <w:tc>
          <w:tcPr>
            <w:tcW w:type="dxa" w:w="27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все имеющиеся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прошу заверить подписью уполномоченного лица Общества и направить по адресу для корреспонденции, указанному выше. Обязуюсь возместить расходы на изготовление копий и их пересылку в размере, не превышающем затраты на их изготовление (пункт 3 статьи 50 Закона об ООО). Прошу заблаговременно сообщить стоимость копий и реквизиты для оплаты по телефону или электронной почте, указанным в настоящем требовании.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дате и времени ознакомления с документами прошу сообщить мне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При ознакомлении прошу обеспечить возможность делать выписки и фотографировать документы.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какие-либо документы содержат конфиденциальную информацию, прошу направить мне проект соглашения о конфиденциальности по форме, принятой в Обществе, в течение трёх рабочих дней со дня получения требования (пункт 5 статьи 50 Закона об ООО).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случае отказа в предоставлении документов или неисполнения требования в установленный срок я обращусь в арбитражный суд с иском об обязании Общества предоставить документы и о присуждении судебной неустойки (статья 308.3 Гражданского кодекса Российской Федерации), а также требовать возмещения судебных расходов.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Отправьте требование ценным письмом с описью вложения по адресу Общества из ЕГРЮЛ или вручите под отметку о принятии с датой на втором экземпляре. Пятидневный срок считается в рабочих днях со дня получения требования Обществом.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Приложение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из ЕГРЮЛ в отношении Общества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участника ООО о предоставлении документов общества (ст. 50 Закона об ООО)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