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Следователю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следственного органа, например: следственного отдела по Ленинскому району г. Иваново СУ СК России по Ивановской области]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[специальное звание, ФИО следователя]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зарегистрированного(ой)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проживающего(ей)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[фактический адрес]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По уголовному делу №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уголовного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Ходатайство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признании потерпевшим по уголовному делу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Вашем производстве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[часть, пункт,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Уголовного кодекса Российской Федерации, по факту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[кратко: что произошло, например: хищения принадлежащего мне автомобиля от дома по адресу ...]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происшествия]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своими словами, что с вами произошло и какие действия совершены в отношении вас или вашего имущества]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Этим преступлением мне причинён: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имущественный вред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рублей: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[из чего складывается сумма, например: стоимость похищенного телефона, расходы на ремонт двери]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физический вред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[какие телесные повреждения получены, где проходили лечение]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;</w:t>
      </w:r>
    </w:p>
    <w:p>
      <w:pPr>
        <w:tabs>
          <w:tab w:pos="680" w:val="left"/>
        </w:tabs>
        <w:spacing w:before="0" w:after="60" w:line="276" w:lineRule="auto"/>
        <w:ind w:left="680" w:hanging="340"/>
        <w:jc w:val="both"/>
      </w:pPr>
      <w:r>
        <w:rPr>
          <w:rFonts w:ascii="Times New Roman" w:hAnsi="Times New Roman" w:eastAsia="Times New Roman"/>
          <w:color w:val="000000"/>
          <w:sz w:val="24"/>
        </w:rPr>
        <w:t>—</w:t>
        <w:tab/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моральный вред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[какие нравственные и физические страдания испытываете]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Подтверждающие документы прилагаю. По сообщению о преступлении я обращался(лась)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г., 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, однако постановление о признании меня потерпевшим до настоящего времени не вынесено.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Согласно части 1 статьи 42 УПК РФ потерпевшим является физическое лицо, которому преступлением причинён физический, имущественный, моральный вред. Решение о признании потерпевшим принимается незамедлительно с момента возбуждения уголовного дела и оформляется постановлением следователя. Права потерпевшего возникают только с момента вынесения такого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 основании статей 42, 119–122 Уголовно-процессуального кодекса Российской Федерации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Прошу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Признать меня,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потерпевшим(ей)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 вынести об этом постановление.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Разъяснить мне права и обязанности потерпевшего, предусмотренные статьёй 42 УПК РФ, в том числе право заявить гражданский иск о возмещении вреда.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Вручить мне копию постановления о признании потерпевшим (пункт 13 части 2 статьи 42 УПК РФ).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Допросить меня в качестве потерпевшего(ей) и приобщить к делу прилагаемые документы.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О результатах рассмотрения ходатайства уведомить меня письменно по указанному адресу или по электронной почте в срок, установленный статьёй 121 УПК РФ.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талона-уведомления о принятии сообщения о преступлении (КУСП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)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Документы, подтверждающие размер имущественного вреда: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[чеки, договоры, выписки, оценка]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Медицинские документы: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[выписка, справка травмпункта]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Ходатайство разрешается немедленно, а если это невозможно, не позднее 3 суток. Сохраните свой экземпляр с отметкой о принятии: отказ или отсутствие ответа обжалуются руководителю следственного органа, прокурору или в суд (ст. 124, 125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[И. О. Фамилия]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следователю о признании потерпевшим по уголовному делу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