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Октябрьский районный суд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Гражданский истец (потерпевший):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и проживания]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Гражданский ответчик (подсудимый):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если известен]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Уголовное дело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 в суде]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уплачивается (ч. 2 ст. 44 УПК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вреда, причинённого преступлением (гражданский иск в уголовном деле)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Уголовного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признан(а) потерпевшим(ей) по этому делу.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 причинения вреда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обвинительному заключению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какие действия совершил в отношении вас или вашего имущества, например: тайно похитил принадлежащий мне ноутбук; нанёс мне удары, причинив вред здоровью средней тяжести]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Этими действиями мне причинён имущественный и моральный вред.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Имущественный вред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имущественного вреда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351"/>
        <w:gridCol w:w="1196"/>
        <w:gridCol w:w="3807"/>
      </w:tblGrid>
      <w:tr>
        <w:trPr>
          <w:cantSplit/>
        </w:trPr>
        <w:tc>
          <w:tcPr>
            <w:tcW w:type="dxa" w:w="43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Вид вреда</w:t>
            </w:r>
          </w:p>
        </w:tc>
        <w:tc>
          <w:tcPr>
            <w:tcW w:type="dxa" w:w="11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  <w:tc>
          <w:tcPr>
            <w:tcW w:type="dxa" w:w="3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Подтверждающий документ</w:t>
            </w:r>
          </w:p>
        </w:tc>
      </w:tr>
      <w:tr>
        <w:trPr>
          <w:cantSplit/>
        </w:trPr>
        <w:tc>
          <w:tcPr>
            <w:tcW w:type="dxa" w:w="43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стоимость похищенного имущества]</w:t>
            </w:r>
          </w:p>
        </w:tc>
        <w:tc>
          <w:tcPr>
            <w:tcW w:type="dxa" w:w="11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[заключение эксперта-оценщика, чек]</w:t>
            </w:r>
          </w:p>
        </w:tc>
      </w:tr>
      <w:tr>
        <w:trPr>
          <w:cantSplit/>
        </w:trPr>
        <w:tc>
          <w:tcPr>
            <w:tcW w:type="dxa" w:w="43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расходы на лечение и лекарства]</w:t>
            </w:r>
          </w:p>
        </w:tc>
        <w:tc>
          <w:tcPr>
            <w:tcW w:type="dxa" w:w="11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[договор с клиникой, кассовые чеки]</w:t>
            </w:r>
          </w:p>
        </w:tc>
      </w:tr>
      <w:tr>
        <w:trPr>
          <w:cantSplit/>
        </w:trPr>
        <w:tc>
          <w:tcPr>
            <w:tcW w:type="dxa" w:w="43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расходы на ремонт повреждённого имущества]</w:t>
            </w:r>
          </w:p>
        </w:tc>
        <w:tc>
          <w:tcPr>
            <w:tcW w:type="dxa" w:w="11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8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[смета, акт выполненных работ]</w:t>
            </w:r>
          </w:p>
        </w:tc>
      </w:tr>
      <w:tr>
        <w:trPr>
          <w:cantSplit/>
        </w:trPr>
        <w:tc>
          <w:tcPr>
            <w:tcW w:type="dxa" w:w="435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1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807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Похищенное (повреждённое) имущество мне не возвращено, ущерб подсудимым не возмещён.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Моральный вред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результате преступления я испытал(а) физические и нравственные страдания: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конкретно: боль, длительность лечения, ограничения в работе и быту, страх, бессонница, переживания за близких]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Компенсацию морального вреда оцениваю 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При определении размера прошу учесть характер и степень моих страданий, форму вины подсудимого, требования разумности и справедливости.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Правовое обоснование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44 УПК РФ лицо, которому имущественный вред причинён непосредственно преступлением, вправе предъявить гражданский иск в уголовном деле, в том числе о денежной компенсации морального вреда. Иск предъявляется после возбуждения уголовного дела и до окончания судебного следствия в суде первой инстанции, гражданский истец освобождается от уплаты государственной пошлины (часть 2 статьи 44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статьи 1064 ГК РФ вред, причинённый личности или имуществу гражданина, подлежит возмещению в полном объёме лицом, причинившим вред. Моральный вред, причинённый действиями, нарушающими личные неимущественные права гражданина, компенсируется в денежной форме по правилам статей 151, 1099–1101 ГК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42, 44, 54 Уголовно-процессуального кодекса Российской Федерации, статьями 15, 151, 1064, 1099–1101 Гражданского кодекса Российской Федерации,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меня гражданским истцом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гражданским ответчиком.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в возмещение имущественного вреда, причинённого преступлением,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признании потерпевшим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Расчёт и документы, подтверждающие размер имущественного вреда,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Медицинские документы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искового заявления для подсудимого.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Иск можно подать до окончания судебного следствия в суде первой инстанции. Приходите в судебные заседания или подайте письменное ходатайство о рассмотрении иска в ваше отсутствие: при неявке истца суд вправе оставить иск без рассмотрения (ст. 250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Гражданский иск потерпевшего в уголовном деле о возмещении вреда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