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Следователю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следственного органа]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[специальное звание, ФИО следователя]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потерпевшего(ей):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и проживания]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По уголовному делу №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уголовного дела]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ознакомлении с материалами уголовного дела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Вашем производстве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Уголовного кодекса Российской Федерации.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признан(а) потерпевшим(ей) по этому делу.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получил(а) уведомление об окончании следственных действий.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пунктом 12 части 2 статьи 42 УПК РФ потерпевший вправе по окончании предварительного расследования знакомиться со всеми материалами уголовного дела, выписывать из него любые сведения в любом объёме, снимать копии с материалов дела, в том числе с помощью технических средств. Согласно части 1 статьи 216 УПК РФ по ходатайству потерпевшего следователь знакомит его с материалами уголовного дела полностью или частично в порядке, установленном статьями 217 и 218 УПК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42, 119, 120, 216 УПК РФ,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Ознакомить меня с материалами уголовного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полном объёме.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Предъявить для ознакомления вещественные доказательства, а также фотографии, аудио- и видеозаписи и иные приложения к протоколам следственных действий.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Разрешить мне снимать копии материалов дела с помощью собственных технических средств (фотокамеры телефона).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Заранее уведомить меня о дате, времени и месте ознакомления по телефону или электронной почте, указанным в ходатайстве.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 признании потерпевшим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уведомления об окончании следственных действий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потерпевшего следователю об ознакомлении с материалами уголовного дела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