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Следователю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органа, например: СО ОМВД России по Ленинскому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следователя]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 уголовному делу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уголовного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[процессуальный статус, например: свидетеля, собственника имущества]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вещественных доказательств законному владельцу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ходе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[следственное действие, например: обыска]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 меня было изъято принадлежащее мне имущество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оно признано вещественным доказательством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Изъятое имущество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33"/>
        <w:gridCol w:w="3433"/>
        <w:gridCol w:w="2488"/>
      </w:tblGrid>
      <w:tr>
        <w:trPr>
          <w:cantSplit/>
        </w:trPr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Индивидуальные признаки</w:t>
            </w:r>
          </w:p>
        </w:tc>
        <w:tc>
          <w:tcPr>
            <w:tcW w:type="dxa" w:w="24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Место хранения</w:t>
            </w:r>
          </w:p>
        </w:tc>
      </w:tr>
      <w:tr>
        <w:trPr>
          <w:cantSplit/>
        </w:trPr>
        <w:tc>
          <w:tcPr>
            <w:tcW w:type="dxa" w:w="343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например: автомобиль Lada Vesta]</w:t>
            </w:r>
          </w:p>
        </w:tc>
        <w:tc>
          <w:tcPr>
            <w:tcW w:type="dxa" w:w="343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[VIN, госномер, IMEI или серийный номер, цвет]</w:t>
            </w:r>
          </w:p>
        </w:tc>
        <w:tc>
          <w:tcPr>
            <w:tcW w:type="dxa" w:w="248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[где хранится, если известно]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Указанное имущество принадлежит мне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[документы, например: договором купли-продажи от 15.03.2024, свидетельством о регистрации ТС № 99 99 999999]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Я не являюсь подозреваемым или обвиняемым по делу, имущество не является орудием или средством совершения преступления, не запрещено к обращению и не относится к имуществу, подлежащему конфискации.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Основания для возврата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изъятия прошло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 Имущество осмотрено и сфотографировано, необходимые следственные действия с ним проведены: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сделано, например: экспертиза завершена, заключение эксперта от 10.06.2026 получено]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Его индивидуальные признаки зафиксированы в протоколе осмотра, поэтому возврат возможен без ущерба для доказывания.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2 статьи 82 УПК РФ вещественные доказательства возвращаются законному владельцу, если это возможно без ущерба для доказывания. В соответствии с пунктом 6 части 3 статьи 81 УПК РФ предметы, не подлежащие конфискации или уничтожению, передаются законным владельцам. Дальнейшее удержание имущества нарушает моё право собственности, гарантированное статьёй 35 Конституции РФ, и разумный срок уголовного судопроизводства (статья 6.1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Удержание имущества причиняет мне ущерб: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[последствия, например: автомобиль необходим мне для работы и поездок к месту лечения ребёнка, при хранении на открытой стоянке он теряет товарный вид]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обеспечить сохранность имущества, не отчуждать его, не изменять его индивидуальные признаки и представить по первому требованию следствия или суда.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как законному владельцу вещественное доказательство: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индивидуальные признаки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Вынести постановление о возврате вещественного доказательства и выдать мне его копию.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Уведомить меня о результатах рассмотрения ходатайства в срок, установленный статьёй 121 УПК РФ, по телефону или электронной почте,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праве собственности]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протокола изъятия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Ходатайство подаётся в двух экземплярах: на втором попросите поставить отметку о принятии с датой. Если ответа нет дольше 3 суток, обжалуйте бездействие руководителю следственного органа, прокурору или в суд по статье 125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следователю о возврате вещественного доказательства законному владельцу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