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Октябрьскому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начальника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вымогательстве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привлечь к уголовной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лица, если известно, или «неустановленное лицо»]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которое требует от меня передачи денежных средств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угрозой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угрозы, например: применения насилия и распространения сведений о моей личной жизни]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 признакам преступления, предусмотренного статьёй 163 Уголовного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лице, совершающем вымогательство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ФИО: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«не известно»]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телефона: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аккаунты в мессенджерах и соцсетях: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[ник, ссылка на профиль, ID]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место работы, автомобиль, приметы,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Долговых или иных обязательств перед этим лицом у меня нет.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связи, например: написал в Telegram с аккаунта @nickname]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«неизвестный»]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потребовал перевести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[реквизиты: номер карты, номер телефона, криптокошелёк]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дальнейшем требования повторялись: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и краткое содержание последующих сообщений и звонков]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Угрозы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подтверждение своего требования это лицо высказало следующие угрозы: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[канал связи]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[дословный текст угрозы]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[канал связи]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[дословный текст угрозы]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Угрозы я воспринимаю реально,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[причины, например: ему известны мой домашний адрес и место работы, он присылал фотографии моего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Переданные денежные средства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Опасаясь осуществления угроз, я передал(а) часть требуемой суммы: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129"/>
        <w:gridCol w:w="6451"/>
        <w:gridCol w:w="1774"/>
      </w:tblGrid>
      <w:tr>
        <w:trPr>
          <w:cantSplit/>
        </w:trPr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64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Способ передачи и реквизиты получателя</w:t>
            </w:r>
          </w:p>
        </w:tc>
        <w:tc>
          <w:tcPr>
            <w:tcW w:type="dxa" w:w="17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12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64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перевод на карту *1234, получатель Иван И.]</w:t>
            </w:r>
          </w:p>
        </w:tc>
        <w:tc>
          <w:tcPr>
            <w:tcW w:type="dxa" w:w="17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12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645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Доказательства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Переписка, аудиозаписи разговоров и иные материалы сохранены на моём телефоне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приложены к заявлению. Готов(а) предоставить телефон для осмотра и оригиналы записей по требованию.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в книге учёта сообщений о преступлениях и выдать мне талон-уведомление.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 возбудить уголовное дело по признакам преступления, предусмотренного статьёй 163 Уголовного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личность и местонахождение лица, совершающего вымогательство, в том числе направить запросы операторам связи и в банк получателя денежных средств.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к обеспечению моей безопасности и безопасности моих близких.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потерпевшим(ей) по уголовному делу.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принятом решении по телефону или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переписки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[ник или 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Аудиозаписи разговоров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[носитель, например: USB-флеш-накопителе]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их расшифровка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Детализация входящих звонков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чеков о переводах денежных средств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 скриншотах должны быть видны дата, время и номер телефона или ник отправителя. Не удаляйте переписку и не блокируйте вымогателя, пока полиция не осмотрит телефон.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вымогательстве денежных средств под угрозой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