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Начальнику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отдела полиции, например: ОМВД России по Советскому району г. Иваново]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[специальное звание, ФИО начальника — если известно]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заявителя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проживающего(ей)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 для связи в любое 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безвестном исчезновении человека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Прошу принять меры к розыску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[степень родства или отношение, например: моего сына]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[ФИО пропавшего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который(ая)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ушёл(ушла) из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[место, откуда ушёл человек]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до настоящего времени не вернулся(ась), на связь не выходит, его (её) местонахождение мне не известно.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Сведения о пропавшем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 проживания: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место работы или учёбы: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[наименование, 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мобильный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оператор: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[оператор связи]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IMEI: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[если известен]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аккаунты в мессенджерах и соцсетях: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[ник, ссылки на профили]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банковские карты: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автомобиль: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[марка, модель, цвет, госномер]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(если человек уехал на автомобиле).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Приметы, одежда и вещи при себе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рост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[рост]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см, телосложение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[телосложение]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волосы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[цвет, длина]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глаза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[цвет]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особые приметы: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[шрамы, татуировки, родинки, очки, особенности походки или речи]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был(а) одет(а):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[верхняя одежда, обувь, головной убор с цветами]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 себе имел(а):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[сумка, телефон, документы, деньги, ценные вещи]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Обстоятельства исчезновения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Последний раз я видел(а)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пропавшего]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около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Он(а) сообщил(а), что направляется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[куда собирался человек]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Последний звонок или сообщение от него (неё) было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его (её) телефон не отвечает.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Ранее он(а) не уходил(а) из дома без предупреждения. Длительную поездку не планировал(а), дома остались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[документы, деньги, лекарства, личные вещи]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Здоровье и тревожные обстоятельства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Состояние здоровья: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[заболевания, необходимые лекарства, проблемы с памятью]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Обстоятельства, вызывающие у меня опасения: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[например: конфликт с соседом накануне исчезновения, долги, угрозы, при себе была крупная сумма денег]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Возможные места пребывания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[Адреса родственников и друзей, дача, места, где человек часто бывает, обычные маршруты, с указанием телефонов знакомых]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Прошу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Принять и зарегистрировать настоящее заявление в книге учёта сообщений о преступлениях и выдать мне талон-уведомление.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Организовать розыск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пропавшего]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в том числе проверить медицинские учреждения, бюро судебно-медицинской экспертизы и места возможного пребывания.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Запросить у оператора связи сведения о местонахождении абонентского номера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а у банка — сведения об операциях по картам пропавшего.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 наличии признаков преступления возбудить уголовное дело.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Сообщать мне о ходе розыска по телефону, указанному в заявлении.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 уголовной ответственности за заведомо ложный донос по статье 306 Уголовного кодекса Российской Федерации предупреждён(а).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Фотографии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пропавшего]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количестве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шт.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паспорта или иного документа пропавшего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 (при наличии).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Распечатка последних сообщений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 (при наличии).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Заявление о пропаже принимают сразу, ждать трое суток не нужно. Принесите свежие фотографии анфас и в полный рост и сообщите в полицию, если человек найдётся.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полицию о безвестном исчезновении человека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