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например: Ленинский районный суд г. Иваново]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Уголовное дело №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[номер дела]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обвинению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подсудимого]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совершении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УК РФ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Потерпевший: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Представитель потерпевшего: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адвоката]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рег.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в реестре адвокатов]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возмещении процессуальных издержек (расходов потерпевшего на представителя)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суда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обвинению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подсудимого]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совершении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Уголовного кодекса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наименование органа расследования]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признан(а) потерпевшим(ей) по данному уголовному делу.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Для защиты своих прав и законных интересов я заключил(а) соглашение об оказании юридической помощи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адвокатом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адвоката]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). Адвокат участвовал(а) в деле в качестве моего представителя на основании ордера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стадии предварительного расследования и в суде первой инстанции.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Какая помощь оказана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Представитель выполнил(а) следующую работу: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консультация и изучение документов, подготовка заявления о преступлении и ходатайств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документов);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участие в следственных действиях с моим участием: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и даты, например: допрос потерпевшего 12.03.2026, очная ставка 02.04.2026]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ознакомление с материалами уголовного дела по окончании расследования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или 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участие в судебных заседаниях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[даты судебных заседаний]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подготовка гражданского иска и настоящего заявления.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Понесённые расходы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оказанную помощь я уплатил(а) адвокату вознаграждение в общей сумме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058"/>
        <w:gridCol w:w="3554"/>
        <w:gridCol w:w="1683"/>
        <w:gridCol w:w="2058"/>
      </w:tblGrid>
      <w:tr>
        <w:trPr>
          <w:cantSplit/>
        </w:trPr>
        <w:tc>
          <w:tcPr>
            <w:tcW w:type="dxa" w:w="20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 оплаты</w:t>
            </w:r>
          </w:p>
        </w:tc>
        <w:tc>
          <w:tcPr>
            <w:tcW w:type="dxa" w:w="35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Документ об оплате</w:t>
            </w:r>
          </w:p>
        </w:tc>
        <w:tc>
          <w:tcPr>
            <w:tcW w:type="dxa" w:w="16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Стадия</w:t>
            </w:r>
          </w:p>
        </w:tc>
        <w:tc>
          <w:tcPr>
            <w:tcW w:type="dxa" w:w="20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</w:tr>
      <w:tr>
        <w:trPr>
          <w:cantSplit/>
        </w:trPr>
        <w:tc>
          <w:tcPr>
            <w:tcW w:type="dxa" w:w="20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35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квитанция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16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следствие</w:t>
            </w:r>
          </w:p>
        </w:tc>
        <w:tc>
          <w:tcPr>
            <w:tcW w:type="dxa" w:w="20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20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35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чек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16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суд</w:t>
            </w:r>
          </w:p>
        </w:tc>
        <w:tc>
          <w:tcPr>
            <w:tcW w:type="dxa" w:w="20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2058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3555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68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205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Расходы были необходимыми и оправданными: без помощи представителя я не смог(ла) бы полноценно участвовать в доказывании и отстаивать свою позицию по делу. Объём выполненной работы подтверждается материалами уголовного дела и актом об оказании юридической помощи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Правовое обоснование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3 статьи 42 УПК РФ потерпевшему обеспечивается возмещение расходов, понесённых в связи с его участием в ходе предварительного расследования и в суде, включая расходы на представителя, согласно требованиям статьи 131 УПК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пункта 1.1 части 2 статьи 131 УПК РФ суммы, выплачиваемые потерпевшему на покрытие расходов, связанных с выплатой вознаграждения представителю потерпевшего, относятся к процессуальным издержкам. Они выплачиваются по постановлению судьи или определению суда (часть 3 статьи 131 УПК РФ) за счёт средств федерального бюджета с последующим решением вопроса об их взыскании с осуждённого в порядке статьи 132 УПК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пунктам 1 и 12 постановления Пленума Верховного Суда РФ от 19.12.2013 № 42 «О практике применения судами законодательства о процессуальных издержках по уголовным делам» процессуальными издержками являются необходимые и оправданные расходы, подтверждённые документами, а вопрос об их распределении разрешается в приговоре или ином итоговом судебном решении.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42, 131, 132 УПК РФ,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процессуальными издержками расходы потерпевшего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оплату вознаграждения представителю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Возместить мне указанную сумму за счёт средств федерального бюджета, перечислив её по банковским реквизитам, указанным ниже.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процессуальные издержки в указанной сумме с подсудимого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подсудимого]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доход федерального бюджета.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Рассмотреть настоящее заявление при постановлении приговора.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Банковские реквизиты для перечисления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Реквизит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Получатель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потерпевшего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счёта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[20 цифр]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Банк получателя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[9 цифр]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Корреспондентский счёт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[20 цифр]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ИНН получателя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[12 цифр, если есть]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заявление до удаления суда в совещательную комнату, лучше всего на стадии судебного следствия, и попросите огласить его и приобщить подтверждающие документы. Если вопрос не решили в приговоре, заявление подают в тот же суд и после приговора.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соглашения об оказании юридической помощи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квитанций (платёжных документов) об оплате вознаграждения адвоката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акта об оказании юридической помощи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ордера адвоката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1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Банковские реквизиты для перечисления денежных средств на 1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потерпевшего о возмещении расходов на представителя по уголовному делу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