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Следователю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следственного органа, например: СО ОМВД России по Ленинскому району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[специальное звание, ФИО следователя]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По уголовному делу №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защитника: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адвоката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рег.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в реестре адвокатов]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ордер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защиту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обвиняемого]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корреспонденции]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допросе свидетеля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Уголовного кодекса Российской Федерации.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обвиняемого]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предъявлено обвинение в том, что он(а)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суть обвинения, например: 14.05.2026 около 22:00 у дома по адресу ... нанёс удары гражданину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Защите известно лицо, которое может дать показания об обстоятельствах, имеющих значение для дела: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свидетеля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рождения, если известна]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проживающий(ая)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[указать, откуда свидетелю известны обстоятельства, например: в указанное время находился(лась) вместе с обвиняемым в кафе по адресу ... и видел(а) начало конфликта]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Свидетель может подтвердить,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[какие именно обстоятельства, например: потерпевший первым нанёс удар обвиняемому, а обвиняемый ушёл с места событий около 21:40]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Эти обстоятельства относятся к предмету доказывания по статье 73 УПК РФ: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[например: событие преступления, виновность обвиняемого, обстоятельства, исключающие преступность деяния]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В материалах дела показания этого лица отсутствуют, свидетель ранее не допрашивался. Сведения о его личности и месте жительства позволяют вызвать его для допроса. Свидетель не относится к лицам, не подлежащим допросу по части 3 статьи 56 УПК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2 статьи 159 УПК РФ защитнику не может быть отказано в допросе свидетелей, если обстоятельства, об установлении которых он ходатайствует, имеют значение для данного уголовного дела. Согласно части 2.1 статьи 159 УПК РФ защитнику не может быть отказано в участии в следственных действиях, производимых по его ходатайству.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53, 119–122, 159 УПК РФ,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Допросить в качестве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проживающего(ую)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ходе допроса выяснить у свидетеля следующие обстоятельства: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[вопрос 1, например: где и с кем находился свидетель 14.05.2026 с 21:00 до 23:00]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[вопрос 2, например: что видел свидетель, кто начал конфликт]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[вопрос 3, например: в какое время обвиняемый покинул место событий]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Обеспечить моё участие в допросе свидетеля, заблаговременно уведомив меня о дате, времени и месте его проведения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 результатах рассмотрения ходатайства уведомить меня и вручить копию постановления, вынесенного по ходатайству.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Следователь обязан рассмотреть ходатайство сразу, а если это невозможно, не позднее 3 суток со дня его заявления (ст. 121 УПК РФ). Сохраните копию ходатайства с отметкой о принятии: без неё сложно обжаловать отказ или бездействие.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ордера адвоката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1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[Документ, подтверждающий осведомлённость свидетеля, например: копия чека из кафе от 14.05.2026]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Защитник, адвокат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защитника следователю о допросе свидетеля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