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 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организации-контрагента]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контрагента]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Информационное письмо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изменении банковских реквизитов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руководителя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сообщает, что 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изменились банковские реквизиты нашей организации. Просим с указанной даты перечислять все платежи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а также по иным договорам между нашими организациями, только по новым реквизитам.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638"/>
        <w:gridCol w:w="3478"/>
        <w:gridCol w:w="3238"/>
      </w:tblGrid>
      <w:tr>
        <w:trPr>
          <w:cantSplit/>
        </w:trPr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347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Прежние реквизиты</w:t>
            </w:r>
          </w:p>
        </w:tc>
        <w:tc>
          <w:tcPr>
            <w:tcW w:type="dxa" w:w="32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Новые реквизиты</w:t>
            </w:r>
          </w:p>
        </w:tc>
      </w:tr>
      <w:tr>
        <w:trPr>
          <w:cantSplit/>
        </w:trPr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Расчётный счёт</w:t>
            </w:r>
          </w:p>
        </w:tc>
        <w:tc>
          <w:tcPr>
            <w:tcW w:type="dxa" w:w="347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прежнего счёта]</w:t>
            </w:r>
          </w:p>
        </w:tc>
        <w:tc>
          <w:tcPr>
            <w:tcW w:type="dxa" w:w="32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нового счёта]</w:t>
            </w:r>
          </w:p>
        </w:tc>
      </w:tr>
      <w:tr>
        <w:trPr>
          <w:cantSplit/>
        </w:trPr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</w:t>
            </w:r>
          </w:p>
        </w:tc>
        <w:tc>
          <w:tcPr>
            <w:tcW w:type="dxa" w:w="347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прежнего банка]</w:t>
            </w:r>
          </w:p>
        </w:tc>
        <w:tc>
          <w:tcPr>
            <w:tcW w:type="dxa" w:w="32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нового банка]</w:t>
            </w:r>
          </w:p>
        </w:tc>
      </w:tr>
      <w:tr>
        <w:trPr>
          <w:cantSplit/>
        </w:trPr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347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прежнего банка]</w:t>
            </w:r>
          </w:p>
        </w:tc>
        <w:tc>
          <w:tcPr>
            <w:tcW w:type="dxa" w:w="32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нового банка]</w:t>
            </w:r>
          </w:p>
        </w:tc>
      </w:tr>
      <w:tr>
        <w:trPr>
          <w:cantSplit/>
        </w:trPr>
        <w:tc>
          <w:tcPr>
            <w:tcW w:type="dxa" w:w="26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347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[корр. счёт прежнего банка]</w:t>
            </w:r>
          </w:p>
        </w:tc>
        <w:tc>
          <w:tcPr>
            <w:tcW w:type="dxa" w:w="323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[корр. счёт нового банка]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Прежний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прежнего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будет закрыт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Средства, перечисленные на него после этой даты, будут возвращены банком отправителю, а оплата не будет считаться произведённой в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Наименование, ИНН, КПП, ОГРН и адреса организации не изменились.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Просим внести новые реквизиты в учётную систему и шаблоны платежей и подтвердить получение настоящего письма ответным письмом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Изменение реквизитов можно подтвердить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указанному в Договоре. Письма об изменении наших реквизитов, поступившие с иных адресов, просим не исполнять.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письмо способом, предусмотренным Договором для уведомлений, и сохраните подтверждение получения.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справка банка об открытии расчётного счёта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[Должность руководителя]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Главный бухгалтер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контрагенту об изменении банковских реквизитов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