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ИП — плательщика]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 получателя]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организации-получателя]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получателя]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Письмо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уточнении назначения платежа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Плательщик) сообщает, что в платёжном поручении, указанном ниже, допущена ошибка в поле «Назначение платежа». Просим считать назначение платежа следующим: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44"/>
        <w:gridCol w:w="3065"/>
        <w:gridCol w:w="3144"/>
      </w:tblGrid>
      <w:tr>
        <w:trPr>
          <w:cantSplit/>
        </w:trPr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Платёжное поручение</w:t>
            </w:r>
          </w:p>
        </w:tc>
        <w:tc>
          <w:tcPr>
            <w:tcW w:type="dxa" w:w="30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Указано в поручении</w:t>
            </w:r>
          </w:p>
        </w:tc>
        <w:tc>
          <w:tcPr>
            <w:tcW w:type="dxa" w:w="31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Правильное назначение платежа</w:t>
            </w:r>
          </w:p>
        </w:tc>
      </w:tr>
      <w:tr>
        <w:trPr>
          <w:cantSplit/>
        </w:trPr>
        <w:tc>
          <w:tcPr>
            <w:tcW w:type="dxa" w:w="31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на сумму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</w:t>
            </w:r>
          </w:p>
        </w:tc>
        <w:tc>
          <w:tcPr>
            <w:tcW w:type="dxa" w:w="306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назначения платежа из поручения]</w:t>
            </w:r>
          </w:p>
        </w:tc>
        <w:tc>
          <w:tcPr>
            <w:tcW w:type="dxa" w:w="31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[правильный текст, например: Оплата по счёту № 15 от 01.10.2026 по договору поставки № 7 от 10.01.2026. Сумма 122 000-00, в т.ч. НДС (22%) 22 000-00]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Остальные реквизиты платёжного поручения (сумма, плательщик, получатель, банковские реквизиты) указаны верно и не изменяются.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пункта 1 статьи 319.1 Гражданского кодекса Российской Федерации просим засчитать указанную сумму в счёт исполнения обязательства, названного в правильном назначении платежа, и отразить это в учёте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Просим подтвердить получение письма и зачёт платежа ответным письмом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Расчёты по договору предлагаем подтвердить актом сверки взаимных расчётов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письмо сразу после обнаружения ошибки, до того как получатель распределит платёж в учёте.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копия платёжного поручения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банка об исполнении,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[Должность руководителя]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Главный бухгалтер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контрагенту об уточнении назначения платежа в платёжном поручении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