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организации-заказчика]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 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исполнителя или ФИО индивидуального предпринимателя]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исполнителя по ЕГРЮЛ или ЕГРИП]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одностороннем отказе от исполнения договора оказания услуг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Заказчик)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Исполнитель) заключён договор возмездного оказания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по которому Исполнитель оказывает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[краткое описание услуг, например: услуги по бухгалтерскому сопровождению]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пункта 1 статьи 782 и статьи 450.1 Гражданского кодекса РФ Заказчик уведомляет об одностороннем отказе от исполнения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считается расторгнутым с даты получения Исполнителем настоящего уведомления. С этой даты Заказчик не поручает и не принимает новых услуг по Договору.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связи с отказом от Договора Заказчик просит: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Прекратить оказание услуг с даты получения настоящего уведомления.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уведомления передать Заказчику акт об оказанных услугах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дату расторжения, а также документы, подтверждающие расходы, фактически понесённые Исполнителем в связи с исполнением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тот же срок вернуть Заказчику документы и имущество, переданные для оказания услуг, по акту приёма-передачи: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 или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Возвратить неотработанную часть предварительной оплаты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на расчётный счёт Заказчика, указанный в Договоре,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уведомления.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оплатит услуги, фактически оказанные до даты расторжения, и подтверждённые расходы Исполнителя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получения акта и подтверждающих документов. Сумма к оплате может быть зачтена в счёт возвращаемой предоплаты.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Условия Договора о конфиденциальности и порядке разрешения споров сохраняют силу после его расторжения.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Реквизиты для возврата денежных средств: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Договор прекращается не с даты подписания уведомления, а с даты его доставки исполнителю (ст. 165.1, ст. 450.1 ГК РФ). Отправьте уведомление ценным письмом с описью вложения по адресу из ЕГРЮЛ (ЕГРИП) и сохраните квитанцию, опись и трек-номер.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доверенности подписанта (если уведомление подписывает не руководитель) —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неотработанной предоплаты —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подписанта]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одностороннем отказе от исполнения договора оказания услуг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