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ИП, направляющего письмо]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 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контрагента по ЕГРЮЛ или ЕГРИП]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Письмо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продлении срока действия договора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руководителя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организации-отправителя]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например: оказания 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Договор). Срок действия Договора истекает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окончания срока]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Руководствуясь пунктом 1 статьи 450 Гражданского кодекса РФ, предлагаем продлить срок действия Договора до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[новая дата окончания срока]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следующих условиях: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Все условия Договора, включая предмет, цену, порядок расчётов и ответственность сторон, сохраняются без изменений, кроме срока его действия.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Обязательства сторон, возникшие до продления, сохраняются и исполняются в порядке, предусмотренном Договором.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Изменение срока действия Договора оформляется дополнительным соглашением, которое вступает в силу с момента подписания его обеими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дополнительного соглашения к Договору прилагаем в двух экземплярах. Просим подписать оба экземпляра и вернуть один из них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отправителя]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либо направить его скан на e-mail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последующей передачей оригинала. 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Просим сообщить о вашем решении до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ответа]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чтобы стороны успели подписать дополнительное соглашение до окончания срока действия Договора.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Соглашение подписывают до истечения срока договора и в той же форме, что и договор (п. 1 ст. 452 ГК РФ). Продление зарегистрированной аренды тоже регистрируют в ЕГРН.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дополнительного соглашения 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в 2 экз.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доверенности подписанта —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подписанта]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контрагенту о продлении срока действия договора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