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УТВЕРЖДАЮ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покупателя]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«___» ____________ 20__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недостаче товара при приёмке от поставщика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приёмки: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склада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Время приёмки: начало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окончание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Стороны и основание поставки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(получатель):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поступил по универсальному передаточному документу (товарной накладной)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транспортной накладной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Дата и время прибытия товара: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доставлен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перевозчика или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Комиссия по приёмке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Приёмку проводила комиссия в составе: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 уведомлён о выявленной недостаче и вызове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связи из договора, например электронной почте на адрес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Представитель поставщика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должность, доверенность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участвовал в приёмке.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Составьте акт в день выявления недостачи и сразу направьте копию поставщику: по п. 2 ст. 513 ГК РФ о недостаче нужно уведомить незамедлительно и письменно.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Состояние груза и тары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Пломбы на транспортном средстве: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[состояние и номера пломб]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Состояние тары и упаковки: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[описание, например исправна, без следов вскрытия]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Количество грузовых мест по документам: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фактически: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Количество товара определялось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проверки, например поштучным пересчётом единиц в каждом грузовом месте]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порядке, установленном Договором.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Результаты приёмки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приёмке установлено расхождение между количеством товара, указанным в сопроводительных документах, и фактически поступившим: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97"/>
        <w:gridCol w:w="2691"/>
        <w:gridCol w:w="1025"/>
        <w:gridCol w:w="1025"/>
        <w:gridCol w:w="1025"/>
        <w:gridCol w:w="1281"/>
        <w:gridCol w:w="1409"/>
      </w:tblGrid>
      <w:tr>
        <w:trPr>
          <w:cantSplit/>
        </w:trPr>
        <w:tc>
          <w:tcPr>
            <w:tcW w:type="dxa" w:w="8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Товар, ед. изм.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 УПД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Факт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Нехватка</w:t>
            </w:r>
          </w:p>
        </w:tc>
        <w:tc>
          <w:tcPr>
            <w:tcW w:type="dxa" w:w="12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руб.</w:t>
            </w:r>
          </w:p>
        </w:tc>
        <w:tc>
          <w:tcPr>
            <w:tcW w:type="dxa" w:w="14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[товар, артикул, шт.]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4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[товар, артикул, шт.]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0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4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9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02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2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2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стоимость недостающего товара по ценам Договора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 или «НДС 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Излишков и товара другого ассортимента не выявлено.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Заключение комиссии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Недостача образовалась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например вследствие недовложения товара поставщиком в грузовые места при исправной таре и целых пломбах]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Товар в недостающем количестве покупателю не передан.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требует от поставщика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настоящего акта допоставить недостающий товар в количестве, указанном в п. 4.1 настоящего акта (ст. 466 и 520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Оставшийся товар принят покупателем в фактическом количестве. Тара, упаковочные ярлыки и пломбы спорных мест сохраняются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 в день выявления недостачи. Лица, участвующие в приёмке, предупреждены о необходимости указывать в акте только достоверные сведения.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УПД (товарной накладной)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транспортной накладной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упаковочные ярлыки из грузовых мест с недостачей;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фото- и видеоматериалы приёмки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 / количество файлов]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уведомления поставщику о вызове представителя и доказательство его направления;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поставщика.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Члены комиссии покупателя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Представитель поставщика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[должность, доверенность № ... от ...]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Возражения (при наличии):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возражений]</w:t>
            </w:r>
          </w:p>
        </w:tc>
      </w:tr>
    </w:tbl>
    <w:p>
      <w:pPr>
        <w:spacing w:before="0" w:after="0" w:line="20" w:lineRule="exact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недостаче товара при приёмке от поставщика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