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УТВЕРЖДАЮ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 покупателя]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«___» ____________ 20__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выявленном браке товара, полученного от поставщика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проверки: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склада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Время проверки: начало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[чч:мм]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окончание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[чч:мм]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Стороны и документы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Поставщик: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Договор), спецификация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Товар поступил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универсальному передаточному документу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Документ о качестве: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[сертификат, декларация или паспорт качества, номер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Комиссия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Проверку качества проводила комиссия покупателя: председатель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члены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Поставщик уведомлён о выявленных недостатках и вызове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 связи из Договора, например электронной почте на адрес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проверке участвовал представитель поставщика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ФИО, доверенность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Требования к качеству и способ проверки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Товар должен соответствовать требованиям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[пункт Договора, спецификации или технических условий, которым должен отвечать товар]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Проверка проводилась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[способ, например сплошным визуальным осмотром каждой единицы и проверкой работоспособности при подключении к сети 220 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Тара и упаковка на момент вскрытия: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[состояние, например целые, без следов повреждения и вскрытия]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Выявленные недостатки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73"/>
        <w:gridCol w:w="2868"/>
        <w:gridCol w:w="997"/>
        <w:gridCol w:w="997"/>
        <w:gridCol w:w="2245"/>
        <w:gridCol w:w="1372"/>
      </w:tblGrid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8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Товар, артикул</w:t>
            </w:r>
          </w:p>
        </w:tc>
        <w:tc>
          <w:tcPr>
            <w:tcW w:type="dxa" w:w="9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</w:t>
            </w:r>
          </w:p>
        </w:tc>
        <w:tc>
          <w:tcPr>
            <w:tcW w:type="dxa" w:w="9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Брак</w:t>
            </w:r>
          </w:p>
        </w:tc>
        <w:tc>
          <w:tcPr>
            <w:tcW w:type="dxa" w:w="22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Описание дефекта</w:t>
            </w:r>
          </w:p>
        </w:tc>
        <w:tc>
          <w:tcPr>
            <w:tcW w:type="dxa" w:w="137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8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артикул]</w:t>
            </w:r>
          </w:p>
        </w:tc>
        <w:tc>
          <w:tcPr>
            <w:tcW w:type="dxa" w:w="9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9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22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дефекта]</w:t>
            </w:r>
          </w:p>
        </w:tc>
        <w:tc>
          <w:tcPr>
            <w:tcW w:type="dxa" w:w="137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8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артикул]</w:t>
            </w:r>
          </w:p>
        </w:tc>
        <w:tc>
          <w:tcPr>
            <w:tcW w:type="dxa" w:w="9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9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224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дефекта]</w:t>
            </w:r>
          </w:p>
        </w:tc>
        <w:tc>
          <w:tcPr>
            <w:tcW w:type="dxa" w:w="137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8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998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9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224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37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Товар в количестве, указанном в графе «Брак», не соответствует требованиям к качеству, указанным в п. 3.1 акта. Его стоимость по ценам Договора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) рублей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[копейки]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копеек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НДС или «НДС не облагается»]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Заключение комиссии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Выявленные недостатки носят производственный характер и возникли до передачи товара покупателю: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[обоснование, например дефекты обнаружены при вскрытии целой заводской упаковки]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Товар с недостатками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[кол-во]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единиц обособлен от годного товара и принят покупателем на ответственное хранение (ст. 514 ГК РФ) до решения поставщика о его вывозе. Товар надлежащего качества принят.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Покупатель требует от поставщика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настоящего акта заменить товар с недостатками на товар надлежащего качества и вывезти бракованный товар за свой счёт (ст. 475, 518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 составлен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экземплярах. Участники проверки предупреждены о необходимости указывать в акте только достоверные сведения.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Сфотографируйте каждый дефект рядом с этикеткой или маркировкой партии и сохраните упаковку: без этого поставщик и эксперт не смогут связать брак с вашей поставкой.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УПД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документа о качестве;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и видеозапись дефектов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[носитель, количество файлов]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уведомления поставщику о вызове представителя и доказательство его направления;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заключение эксперта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(при наличии).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Члены комиссии покупателя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Представитель поставщика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[должность, доверенность № ... от ...]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Возражения (при наличии):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[текст возражений]</w:t>
            </w:r>
          </w:p>
        </w:tc>
      </w:tr>
    </w:tbl>
    <w:p>
      <w:pPr>
        <w:spacing w:before="0" w:after="0" w:line="20" w:lineRule="exact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выявленном браке товара, полученного от поставщика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